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8969F" w14:textId="77777777" w:rsidR="001C0C6C" w:rsidRDefault="00000000">
      <w:pPr>
        <w:pStyle w:val="Title"/>
        <w:ind w:right="1872"/>
      </w:pPr>
      <w:r>
        <w:t>Academic Curriculum Vitae</w:t>
      </w:r>
      <w:r>
        <w:rPr>
          <w:noProof/>
        </w:rPr>
        <w:drawing>
          <wp:anchor distT="0" distB="0" distL="120000" distR="0" simplePos="0" relativeHeight="251658240" behindDoc="0" locked="0" layoutInCell="1" allowOverlap="0" wp14:anchorId="38FA9843" wp14:editId="00B0022F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024128" cy="1020645"/>
            <wp:effectExtent l="0" t="0" r="0" b="0"/>
            <wp:wrapSquare wrapText="left"/>
            <wp:docPr id="1" name="Picture 1" descr="Portrait of Dr Majid Ahmed Mohamed Al-Anssa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24128" cy="1020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4732CB" w14:textId="77777777" w:rsidR="001C0C6C" w:rsidRDefault="00000000">
      <w:pPr>
        <w:spacing w:after="100"/>
      </w:pPr>
      <w:r>
        <w:rPr>
          <w:b/>
          <w:sz w:val="32"/>
        </w:rPr>
        <w:t>Dr Majid Ahmed Mohamed Al-Anssari</w:t>
      </w:r>
    </w:p>
    <w:p w14:paraId="57747833" w14:textId="77777777" w:rsidR="001C0C6C" w:rsidRDefault="00000000">
      <w:pPr>
        <w:spacing w:after="60"/>
      </w:pPr>
      <w:r>
        <w:rPr>
          <w:b/>
        </w:rPr>
        <w:t>Lecturer in Accounting</w:t>
      </w:r>
    </w:p>
    <w:p w14:paraId="2A34304B" w14:textId="77777777" w:rsidR="001C0C6C" w:rsidRDefault="00000000">
      <w:pPr>
        <w:spacing w:after="40"/>
      </w:pPr>
      <w:r>
        <w:t>Department of Accounting</w:t>
      </w:r>
    </w:p>
    <w:p w14:paraId="2F2D7913" w14:textId="77777777" w:rsidR="001C0C6C" w:rsidRDefault="00000000">
      <w:pPr>
        <w:spacing w:after="40"/>
      </w:pPr>
      <w:r>
        <w:t>College of Management and Economics</w:t>
      </w:r>
    </w:p>
    <w:p w14:paraId="7E8AA0D8" w14:textId="77777777" w:rsidR="001C0C6C" w:rsidRDefault="00000000">
      <w:pPr>
        <w:spacing w:after="140"/>
      </w:pPr>
      <w:r>
        <w:t>Shatt Al-Arab University</w:t>
      </w:r>
    </w:p>
    <w:p w14:paraId="27498198" w14:textId="77777777" w:rsidR="001C0C6C" w:rsidRDefault="00000000">
      <w:pPr>
        <w:pStyle w:val="Heading1"/>
      </w:pPr>
      <w:r>
        <w:t>Personal and Contact Information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65" w:type="dxa"/>
          <w:left w:w="105" w:type="dxa"/>
          <w:bottom w:w="65" w:type="dxa"/>
          <w:right w:w="105" w:type="dxa"/>
        </w:tblCellMar>
        <w:tblLook w:val="04A0" w:firstRow="1" w:lastRow="0" w:firstColumn="1" w:lastColumn="0" w:noHBand="0" w:noVBand="1"/>
      </w:tblPr>
      <w:tblGrid>
        <w:gridCol w:w="2995"/>
        <w:gridCol w:w="7373"/>
      </w:tblGrid>
      <w:tr w:rsidR="001C0C6C" w14:paraId="5A8420A6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49FD7943" w14:textId="77777777" w:rsidR="001C0C6C" w:rsidRDefault="00000000">
            <w:pPr>
              <w:keepLines/>
              <w:spacing w:after="0" w:line="247" w:lineRule="auto"/>
            </w:pPr>
            <w:r>
              <w:rPr>
                <w:b/>
              </w:rPr>
              <w:t>Date of birth</w:t>
            </w:r>
          </w:p>
        </w:tc>
        <w:tc>
          <w:tcPr>
            <w:tcW w:w="7373" w:type="dxa"/>
            <w:vAlign w:val="center"/>
          </w:tcPr>
          <w:p w14:paraId="1C21DF67" w14:textId="77777777" w:rsidR="001C0C6C" w:rsidRDefault="00000000">
            <w:pPr>
              <w:keepLines/>
              <w:spacing w:after="0" w:line="247" w:lineRule="auto"/>
            </w:pPr>
            <w:r>
              <w:t>7 February 1959</w:t>
            </w:r>
          </w:p>
        </w:tc>
      </w:tr>
      <w:tr w:rsidR="001C0C6C" w14:paraId="693DF2E1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19E55CEB" w14:textId="77777777" w:rsidR="001C0C6C" w:rsidRDefault="00000000">
            <w:pPr>
              <w:keepLines/>
              <w:spacing w:after="0" w:line="247" w:lineRule="auto"/>
            </w:pPr>
            <w:r>
              <w:rPr>
                <w:b/>
              </w:rPr>
              <w:t>Place of birth</w:t>
            </w:r>
          </w:p>
        </w:tc>
        <w:tc>
          <w:tcPr>
            <w:tcW w:w="7373" w:type="dxa"/>
            <w:vAlign w:val="center"/>
          </w:tcPr>
          <w:p w14:paraId="0F2A6A55" w14:textId="77777777" w:rsidR="001C0C6C" w:rsidRDefault="00000000">
            <w:pPr>
              <w:keepLines/>
              <w:spacing w:after="0" w:line="247" w:lineRule="auto"/>
            </w:pPr>
            <w:r>
              <w:t>Basra</w:t>
            </w:r>
          </w:p>
        </w:tc>
      </w:tr>
      <w:tr w:rsidR="001C0C6C" w14:paraId="65D140CB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089B7DD4" w14:textId="77777777" w:rsidR="001C0C6C" w:rsidRDefault="00000000">
            <w:pPr>
              <w:keepLines/>
              <w:spacing w:after="0" w:line="247" w:lineRule="auto"/>
            </w:pPr>
            <w:r>
              <w:rPr>
                <w:b/>
              </w:rPr>
              <w:t>Nationality</w:t>
            </w:r>
          </w:p>
        </w:tc>
        <w:tc>
          <w:tcPr>
            <w:tcW w:w="7373" w:type="dxa"/>
            <w:vAlign w:val="center"/>
          </w:tcPr>
          <w:p w14:paraId="5036EA8F" w14:textId="77777777" w:rsidR="001C0C6C" w:rsidRDefault="00000000">
            <w:pPr>
              <w:keepLines/>
              <w:spacing w:after="0" w:line="247" w:lineRule="auto"/>
            </w:pPr>
            <w:r>
              <w:t>Iraqi</w:t>
            </w:r>
          </w:p>
        </w:tc>
      </w:tr>
      <w:tr w:rsidR="001C0C6C" w14:paraId="12A1E437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27AFAB93" w14:textId="77777777" w:rsidR="001C0C6C" w:rsidRDefault="00000000">
            <w:pPr>
              <w:keepLines/>
              <w:spacing w:after="0" w:line="247" w:lineRule="auto"/>
            </w:pPr>
            <w:r>
              <w:rPr>
                <w:b/>
              </w:rPr>
              <w:t>Marital status</w:t>
            </w:r>
          </w:p>
        </w:tc>
        <w:tc>
          <w:tcPr>
            <w:tcW w:w="7373" w:type="dxa"/>
            <w:vAlign w:val="center"/>
          </w:tcPr>
          <w:p w14:paraId="1955FB99" w14:textId="77777777" w:rsidR="001C0C6C" w:rsidRDefault="00000000">
            <w:pPr>
              <w:keepLines/>
              <w:spacing w:after="0" w:line="247" w:lineRule="auto"/>
            </w:pPr>
            <w:r>
              <w:t>Married</w:t>
            </w:r>
          </w:p>
        </w:tc>
      </w:tr>
      <w:tr w:rsidR="001C0C6C" w14:paraId="456F4A70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67BCDE55" w14:textId="77777777" w:rsidR="001C0C6C" w:rsidRDefault="00000000">
            <w:pPr>
              <w:keepLines/>
              <w:spacing w:after="0" w:line="247" w:lineRule="auto"/>
            </w:pPr>
            <w:r>
              <w:rPr>
                <w:b/>
              </w:rPr>
              <w:t>Children</w:t>
            </w:r>
          </w:p>
        </w:tc>
        <w:tc>
          <w:tcPr>
            <w:tcW w:w="7373" w:type="dxa"/>
            <w:vAlign w:val="center"/>
          </w:tcPr>
          <w:p w14:paraId="53AA403D" w14:textId="77777777" w:rsidR="001C0C6C" w:rsidRDefault="00000000">
            <w:pPr>
              <w:keepLines/>
              <w:spacing w:after="0" w:line="247" w:lineRule="auto"/>
            </w:pPr>
            <w:r>
              <w:t>Three sons</w:t>
            </w:r>
          </w:p>
        </w:tc>
      </w:tr>
      <w:tr w:rsidR="001C0C6C" w14:paraId="57457342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59878234" w14:textId="77777777" w:rsidR="001C0C6C" w:rsidRDefault="00000000">
            <w:pPr>
              <w:keepLines/>
              <w:spacing w:after="0" w:line="247" w:lineRule="auto"/>
            </w:pPr>
            <w:r>
              <w:rPr>
                <w:b/>
              </w:rPr>
              <w:t>Residential address</w:t>
            </w:r>
          </w:p>
        </w:tc>
        <w:tc>
          <w:tcPr>
            <w:tcW w:w="7373" w:type="dxa"/>
            <w:vAlign w:val="center"/>
          </w:tcPr>
          <w:p w14:paraId="3E9AE4B9" w14:textId="77777777" w:rsidR="001C0C6C" w:rsidRDefault="00000000">
            <w:pPr>
              <w:keepLines/>
              <w:spacing w:after="0" w:line="247" w:lineRule="auto"/>
            </w:pPr>
            <w:r>
              <w:t>Corniche, Manawi Pasha, Basra</w:t>
            </w:r>
          </w:p>
        </w:tc>
      </w:tr>
      <w:tr w:rsidR="001C0C6C" w14:paraId="5B84AFE2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1E6393F4" w14:textId="77777777" w:rsidR="001C0C6C" w:rsidRDefault="00000000">
            <w:pPr>
              <w:keepLines/>
              <w:spacing w:after="0" w:line="247" w:lineRule="auto"/>
            </w:pPr>
            <w:r>
              <w:rPr>
                <w:b/>
              </w:rPr>
              <w:t>Personal email</w:t>
            </w:r>
          </w:p>
        </w:tc>
        <w:tc>
          <w:tcPr>
            <w:tcW w:w="7373" w:type="dxa"/>
            <w:vAlign w:val="center"/>
          </w:tcPr>
          <w:p w14:paraId="6D2FBD79" w14:textId="77777777" w:rsidR="001C0C6C" w:rsidRDefault="00000000">
            <w:pPr>
              <w:keepLines/>
              <w:spacing w:after="0" w:line="247" w:lineRule="auto"/>
            </w:pPr>
            <w:hyperlink r:id="rId9">
              <w:r>
                <w:rPr>
                  <w:u w:val="single"/>
                </w:rPr>
                <w:t>majidalanssari59@gmail.com</w:t>
              </w:r>
            </w:hyperlink>
          </w:p>
        </w:tc>
      </w:tr>
      <w:tr w:rsidR="001C0C6C" w14:paraId="7B0C9B7B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0C5C64B8" w14:textId="77777777" w:rsidR="001C0C6C" w:rsidRDefault="00000000">
            <w:pPr>
              <w:keepLines/>
              <w:spacing w:after="0" w:line="247" w:lineRule="auto"/>
            </w:pPr>
            <w:r>
              <w:rPr>
                <w:b/>
              </w:rPr>
              <w:t>University email</w:t>
            </w:r>
          </w:p>
        </w:tc>
        <w:tc>
          <w:tcPr>
            <w:tcW w:w="7373" w:type="dxa"/>
            <w:vAlign w:val="center"/>
          </w:tcPr>
          <w:p w14:paraId="4F90A4BC" w14:textId="77777777" w:rsidR="001C0C6C" w:rsidRDefault="00000000">
            <w:pPr>
              <w:keepLines/>
              <w:spacing w:after="0" w:line="247" w:lineRule="auto"/>
            </w:pPr>
            <w:hyperlink r:id="rId10">
              <w:r>
                <w:rPr>
                  <w:u w:val="single"/>
                </w:rPr>
                <w:t>majid59@sa-uc.edu.iq</w:t>
              </w:r>
            </w:hyperlink>
          </w:p>
        </w:tc>
      </w:tr>
      <w:tr w:rsidR="001C0C6C" w14:paraId="000E39F0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2DB5C00F" w14:textId="77777777" w:rsidR="001C0C6C" w:rsidRDefault="00000000">
            <w:pPr>
              <w:keepLines/>
              <w:spacing w:after="0" w:line="247" w:lineRule="auto"/>
            </w:pPr>
            <w:r>
              <w:rPr>
                <w:b/>
              </w:rPr>
              <w:t>Additional university email</w:t>
            </w:r>
          </w:p>
        </w:tc>
        <w:tc>
          <w:tcPr>
            <w:tcW w:w="7373" w:type="dxa"/>
            <w:vAlign w:val="center"/>
          </w:tcPr>
          <w:p w14:paraId="3095DB63" w14:textId="77777777" w:rsidR="001C0C6C" w:rsidRDefault="00000000">
            <w:pPr>
              <w:keepLines/>
              <w:spacing w:after="0" w:line="247" w:lineRule="auto"/>
            </w:pPr>
            <w:hyperlink r:id="rId11">
              <w:r>
                <w:rPr>
                  <w:u w:val="single"/>
                </w:rPr>
                <w:t>majid.ahmed.mohmmed@sa-uc.edu.iq</w:t>
              </w:r>
            </w:hyperlink>
          </w:p>
        </w:tc>
      </w:tr>
      <w:tr w:rsidR="001C0C6C" w14:paraId="0CEF1616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3CD15EEA" w14:textId="77777777" w:rsidR="001C0C6C" w:rsidRDefault="00000000">
            <w:pPr>
              <w:keepLines/>
              <w:spacing w:after="0" w:line="247" w:lineRule="auto"/>
            </w:pPr>
            <w:r>
              <w:rPr>
                <w:b/>
              </w:rPr>
              <w:t>University profile</w:t>
            </w:r>
          </w:p>
        </w:tc>
        <w:tc>
          <w:tcPr>
            <w:tcW w:w="7373" w:type="dxa"/>
            <w:vAlign w:val="center"/>
          </w:tcPr>
          <w:p w14:paraId="47330FB9" w14:textId="77777777" w:rsidR="001C0C6C" w:rsidRDefault="00000000">
            <w:pPr>
              <w:keepLines/>
              <w:spacing w:after="0" w:line="247" w:lineRule="auto"/>
            </w:pPr>
            <w:hyperlink r:id="rId12">
              <w:r>
                <w:rPr>
                  <w:u w:val="single"/>
                </w:rPr>
                <w:t>https://sa-uc.edu.iq/en/staff/58</w:t>
              </w:r>
            </w:hyperlink>
          </w:p>
        </w:tc>
      </w:tr>
    </w:tbl>
    <w:p w14:paraId="4B2EF05B" w14:textId="77777777" w:rsidR="001C0C6C" w:rsidRDefault="00000000">
      <w:pPr>
        <w:pStyle w:val="Heading1"/>
      </w:pPr>
      <w:r>
        <w:t>Academic Profile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65" w:type="dxa"/>
          <w:left w:w="105" w:type="dxa"/>
          <w:bottom w:w="65" w:type="dxa"/>
          <w:right w:w="105" w:type="dxa"/>
        </w:tblCellMar>
        <w:tblLook w:val="04A0" w:firstRow="1" w:lastRow="0" w:firstColumn="1" w:lastColumn="0" w:noHBand="0" w:noVBand="1"/>
      </w:tblPr>
      <w:tblGrid>
        <w:gridCol w:w="2995"/>
        <w:gridCol w:w="7373"/>
      </w:tblGrid>
      <w:tr w:rsidR="001C0C6C" w14:paraId="4CDB1B76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62C7ACE5" w14:textId="77777777" w:rsidR="001C0C6C" w:rsidRDefault="00000000">
            <w:pPr>
              <w:keepLines/>
              <w:spacing w:after="0" w:line="247" w:lineRule="auto"/>
            </w:pPr>
            <w:r>
              <w:rPr>
                <w:b/>
              </w:rPr>
              <w:t>Current academic rank</w:t>
            </w:r>
          </w:p>
        </w:tc>
        <w:tc>
          <w:tcPr>
            <w:tcW w:w="7373" w:type="dxa"/>
            <w:vAlign w:val="center"/>
          </w:tcPr>
          <w:p w14:paraId="2140C53B" w14:textId="77777777" w:rsidR="001C0C6C" w:rsidRDefault="00000000">
            <w:pPr>
              <w:keepLines/>
              <w:spacing w:after="0" w:line="247" w:lineRule="auto"/>
            </w:pPr>
            <w:r>
              <w:t>Lecturer</w:t>
            </w:r>
          </w:p>
        </w:tc>
      </w:tr>
      <w:tr w:rsidR="001C0C6C" w14:paraId="5D83EDEF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0CB94C19" w14:textId="77777777" w:rsidR="001C0C6C" w:rsidRDefault="00000000">
            <w:pPr>
              <w:keepLines/>
              <w:spacing w:after="0" w:line="247" w:lineRule="auto"/>
            </w:pPr>
            <w:r>
              <w:rPr>
                <w:b/>
              </w:rPr>
              <w:t>General specialization</w:t>
            </w:r>
          </w:p>
        </w:tc>
        <w:tc>
          <w:tcPr>
            <w:tcW w:w="7373" w:type="dxa"/>
            <w:vAlign w:val="center"/>
          </w:tcPr>
          <w:p w14:paraId="3BA90079" w14:textId="77777777" w:rsidR="001C0C6C" w:rsidRDefault="00000000">
            <w:pPr>
              <w:keepLines/>
              <w:spacing w:after="0" w:line="247" w:lineRule="auto"/>
            </w:pPr>
            <w:r>
              <w:t>Accounting</w:t>
            </w:r>
          </w:p>
        </w:tc>
      </w:tr>
      <w:tr w:rsidR="001C0C6C" w14:paraId="7D769112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294BCAB5" w14:textId="77777777" w:rsidR="001C0C6C" w:rsidRDefault="00000000">
            <w:pPr>
              <w:keepLines/>
              <w:spacing w:after="0" w:line="247" w:lineRule="auto"/>
            </w:pPr>
            <w:r>
              <w:rPr>
                <w:b/>
              </w:rPr>
              <w:t>Specific specialization</w:t>
            </w:r>
          </w:p>
        </w:tc>
        <w:tc>
          <w:tcPr>
            <w:tcW w:w="7373" w:type="dxa"/>
            <w:vAlign w:val="center"/>
          </w:tcPr>
          <w:p w14:paraId="5BAC5646" w14:textId="77777777" w:rsidR="001C0C6C" w:rsidRDefault="00000000">
            <w:pPr>
              <w:keepLines/>
              <w:spacing w:after="0" w:line="247" w:lineRule="auto"/>
            </w:pPr>
            <w:r>
              <w:t>Financial Accounting</w:t>
            </w:r>
          </w:p>
        </w:tc>
      </w:tr>
      <w:tr w:rsidR="001C0C6C" w14:paraId="794F4255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48A850FB" w14:textId="77777777" w:rsidR="001C0C6C" w:rsidRDefault="00000000">
            <w:pPr>
              <w:keepLines/>
              <w:spacing w:after="0" w:line="247" w:lineRule="auto"/>
            </w:pPr>
            <w:r>
              <w:rPr>
                <w:b/>
              </w:rPr>
              <w:t>University appointment order</w:t>
            </w:r>
          </w:p>
        </w:tc>
        <w:tc>
          <w:tcPr>
            <w:tcW w:w="7373" w:type="dxa"/>
            <w:vAlign w:val="center"/>
          </w:tcPr>
          <w:p w14:paraId="7C378752" w14:textId="77777777" w:rsidR="001C0C6C" w:rsidRDefault="00000000">
            <w:pPr>
              <w:keepLines/>
              <w:spacing w:after="0" w:line="247" w:lineRule="auto"/>
            </w:pPr>
            <w:r>
              <w:t>No. 927, dated 1 October 2018</w:t>
            </w:r>
          </w:p>
        </w:tc>
      </w:tr>
    </w:tbl>
    <w:p w14:paraId="70B0A64B" w14:textId="77777777" w:rsidR="001C0C6C" w:rsidRDefault="00000000">
      <w:pPr>
        <w:pStyle w:val="Heading1"/>
      </w:pPr>
      <w:r>
        <w:t>Research Impact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65" w:type="dxa"/>
          <w:left w:w="105" w:type="dxa"/>
          <w:bottom w:w="65" w:type="dxa"/>
          <w:right w:w="105" w:type="dxa"/>
        </w:tblCellMar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1C0C6C" w14:paraId="44398148" w14:textId="77777777">
        <w:trPr>
          <w:cantSplit/>
          <w:tblHeader/>
          <w:jc w:val="center"/>
        </w:trPr>
        <w:tc>
          <w:tcPr>
            <w:tcW w:w="3456" w:type="dxa"/>
            <w:shd w:val="clear" w:color="auto" w:fill="E8EDF2"/>
            <w:vAlign w:val="center"/>
          </w:tcPr>
          <w:p w14:paraId="43E88F58" w14:textId="77777777" w:rsidR="001C0C6C" w:rsidRDefault="00000000">
            <w:pPr>
              <w:keepNext/>
              <w:keepLines/>
              <w:spacing w:after="0" w:line="247" w:lineRule="auto"/>
              <w:jc w:val="center"/>
            </w:pPr>
            <w:r>
              <w:rPr>
                <w:b/>
              </w:rPr>
              <w:t>Google Scholar h-index</w:t>
            </w:r>
          </w:p>
        </w:tc>
        <w:tc>
          <w:tcPr>
            <w:tcW w:w="3456" w:type="dxa"/>
            <w:shd w:val="clear" w:color="auto" w:fill="E8EDF2"/>
            <w:vAlign w:val="center"/>
          </w:tcPr>
          <w:p w14:paraId="4BD005CC" w14:textId="77777777" w:rsidR="001C0C6C" w:rsidRDefault="00000000">
            <w:pPr>
              <w:keepNext/>
              <w:keepLines/>
              <w:spacing w:after="0" w:line="247" w:lineRule="auto"/>
              <w:jc w:val="center"/>
            </w:pPr>
            <w:r>
              <w:rPr>
                <w:b/>
              </w:rPr>
              <w:t>ResearchGate h-index</w:t>
            </w:r>
          </w:p>
        </w:tc>
        <w:tc>
          <w:tcPr>
            <w:tcW w:w="3456" w:type="dxa"/>
            <w:shd w:val="clear" w:color="auto" w:fill="E8EDF2"/>
            <w:vAlign w:val="center"/>
          </w:tcPr>
          <w:p w14:paraId="067B535B" w14:textId="77777777" w:rsidR="001C0C6C" w:rsidRDefault="00000000">
            <w:pPr>
              <w:keepNext/>
              <w:keepLines/>
              <w:spacing w:after="0" w:line="247" w:lineRule="auto"/>
              <w:jc w:val="center"/>
            </w:pPr>
            <w:r>
              <w:rPr>
                <w:b/>
              </w:rPr>
              <w:t>Scopus h-index</w:t>
            </w:r>
          </w:p>
        </w:tc>
      </w:tr>
      <w:tr w:rsidR="001C0C6C" w14:paraId="0DD2DADF" w14:textId="77777777">
        <w:trPr>
          <w:cantSplit/>
          <w:jc w:val="center"/>
        </w:trPr>
        <w:tc>
          <w:tcPr>
            <w:tcW w:w="3456" w:type="dxa"/>
            <w:vAlign w:val="center"/>
          </w:tcPr>
          <w:p w14:paraId="6D217BF9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t>6</w:t>
            </w:r>
          </w:p>
        </w:tc>
        <w:tc>
          <w:tcPr>
            <w:tcW w:w="3456" w:type="dxa"/>
            <w:vAlign w:val="center"/>
          </w:tcPr>
          <w:p w14:paraId="389DF0F9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t>5</w:t>
            </w:r>
          </w:p>
        </w:tc>
        <w:tc>
          <w:tcPr>
            <w:tcW w:w="3456" w:type="dxa"/>
            <w:vAlign w:val="center"/>
          </w:tcPr>
          <w:p w14:paraId="1E32617E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t>3</w:t>
            </w:r>
          </w:p>
        </w:tc>
      </w:tr>
    </w:tbl>
    <w:p w14:paraId="6D23440C" w14:textId="77777777" w:rsidR="001C0C6C" w:rsidRDefault="00000000">
      <w:r>
        <w:br w:type="page"/>
      </w:r>
    </w:p>
    <w:p w14:paraId="7CF6728C" w14:textId="77777777" w:rsidR="001C0C6C" w:rsidRDefault="00000000">
      <w:pPr>
        <w:pStyle w:val="Heading1"/>
        <w:spacing w:before="0"/>
      </w:pPr>
      <w:r>
        <w:lastRenderedPageBreak/>
        <w:t>Academic Qualifications</w:t>
      </w:r>
    </w:p>
    <w:p w14:paraId="15955E2C" w14:textId="77777777" w:rsidR="001C0C6C" w:rsidRDefault="00000000">
      <w:pPr>
        <w:keepNext/>
        <w:spacing w:after="40"/>
      </w:pPr>
      <w:r>
        <w:rPr>
          <w:b/>
        </w:rPr>
        <w:t>Bachelor’s degree  |  1983</w:t>
      </w:r>
    </w:p>
    <w:p w14:paraId="1E4A7476" w14:textId="77777777" w:rsidR="001C0C6C" w:rsidRDefault="00000000">
      <w:pPr>
        <w:spacing w:after="60"/>
      </w:pPr>
      <w:r>
        <w:t>College of Administration and Economics, University of Basrah, Iraq</w:t>
      </w:r>
    </w:p>
    <w:p w14:paraId="2962885E" w14:textId="77777777" w:rsidR="001C0C6C" w:rsidRDefault="00000000">
      <w:pPr>
        <w:keepNext/>
        <w:spacing w:after="40"/>
      </w:pPr>
      <w:r>
        <w:rPr>
          <w:b/>
        </w:rPr>
        <w:t>Master’s degree  |  1999</w:t>
      </w:r>
    </w:p>
    <w:p w14:paraId="44164C26" w14:textId="77777777" w:rsidR="001C0C6C" w:rsidRDefault="00000000">
      <w:pPr>
        <w:keepNext/>
        <w:spacing w:after="60"/>
      </w:pPr>
      <w:r>
        <w:t>College of Administration and Economics, University of Basrah, Iraq</w:t>
      </w:r>
    </w:p>
    <w:p w14:paraId="26742B04" w14:textId="77777777" w:rsidR="001C0C6C" w:rsidRDefault="00000000">
      <w:pPr>
        <w:spacing w:after="120"/>
      </w:pPr>
      <w:r>
        <w:rPr>
          <w:b/>
        </w:rPr>
        <w:t xml:space="preserve">Master’s thesis: </w:t>
      </w:r>
      <w:r>
        <w:rPr>
          <w:i/>
        </w:rPr>
        <w:t>Rationales for Accounting Conservatism from the Perspectives of Accountants and Auditors: An Empirical Study in the Iraqi Construction Sector.</w:t>
      </w:r>
    </w:p>
    <w:p w14:paraId="51A310CB" w14:textId="77777777" w:rsidR="001C0C6C" w:rsidRDefault="00000000">
      <w:pPr>
        <w:keepNext/>
        <w:spacing w:after="40"/>
      </w:pPr>
      <w:r>
        <w:rPr>
          <w:b/>
        </w:rPr>
        <w:t>Doctor of Philosophy  |  2024</w:t>
      </w:r>
    </w:p>
    <w:p w14:paraId="77C81B80" w14:textId="77777777" w:rsidR="001C0C6C" w:rsidRDefault="00000000">
      <w:pPr>
        <w:keepNext/>
        <w:spacing w:after="60"/>
      </w:pPr>
      <w:r>
        <w:t>College of Administration and Economics, University of Basrah, Iraq</w:t>
      </w:r>
    </w:p>
    <w:p w14:paraId="52D402F2" w14:textId="77777777" w:rsidR="001C0C6C" w:rsidRDefault="00000000">
      <w:pPr>
        <w:spacing w:after="120"/>
      </w:pPr>
      <w:r>
        <w:rPr>
          <w:b/>
        </w:rPr>
        <w:t xml:space="preserve">Doctoral dissertation: </w:t>
      </w:r>
      <w:r>
        <w:rPr>
          <w:i/>
        </w:rPr>
        <w:t>The Effect of International Financial Reporting Standards and Institutional Factors on Conditional Conservatism in the Context of Institutional Theory: A Study of a Sample of Non-Financial Companies in Selected Countries (the United Arab Emirates, Saudi Arabia and Egypt).</w:t>
      </w:r>
    </w:p>
    <w:p w14:paraId="2A81EB16" w14:textId="77777777" w:rsidR="001C0C6C" w:rsidRDefault="00000000">
      <w:pPr>
        <w:pStyle w:val="Heading1"/>
      </w:pPr>
      <w:r>
        <w:t>Academic Ranks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5" w:type="dxa"/>
          <w:left w:w="105" w:type="dxa"/>
          <w:bottom w:w="65" w:type="dxa"/>
          <w:right w:w="105" w:type="dxa"/>
        </w:tblCellMar>
        <w:tblLook w:val="04A0" w:firstRow="1" w:lastRow="0" w:firstColumn="1" w:lastColumn="0" w:noHBand="0" w:noVBand="1"/>
      </w:tblPr>
      <w:tblGrid>
        <w:gridCol w:w="3096"/>
        <w:gridCol w:w="1656"/>
        <w:gridCol w:w="5616"/>
      </w:tblGrid>
      <w:tr w:rsidR="001C0C6C" w14:paraId="30DD279E" w14:textId="77777777" w:rsidTr="00FB660E">
        <w:trPr>
          <w:cantSplit/>
          <w:tblHeader/>
          <w:jc w:val="center"/>
        </w:trPr>
        <w:tc>
          <w:tcPr>
            <w:tcW w:w="3096" w:type="dxa"/>
            <w:shd w:val="clear" w:color="auto" w:fill="E8EDF2"/>
            <w:vAlign w:val="center"/>
          </w:tcPr>
          <w:p w14:paraId="5524776B" w14:textId="77777777" w:rsidR="001C0C6C" w:rsidRDefault="00000000">
            <w:pPr>
              <w:keepNext/>
              <w:keepLines/>
              <w:spacing w:after="0" w:line="247" w:lineRule="auto"/>
            </w:pPr>
            <w:r>
              <w:rPr>
                <w:b/>
                <w:sz w:val="21"/>
              </w:rPr>
              <w:t>Academic rank</w:t>
            </w:r>
          </w:p>
        </w:tc>
        <w:tc>
          <w:tcPr>
            <w:tcW w:w="1656" w:type="dxa"/>
            <w:shd w:val="clear" w:color="auto" w:fill="E8EDF2"/>
            <w:vAlign w:val="center"/>
          </w:tcPr>
          <w:p w14:paraId="73062833" w14:textId="77777777" w:rsidR="001C0C6C" w:rsidRDefault="00000000">
            <w:pPr>
              <w:keepNext/>
              <w:keepLines/>
              <w:spacing w:after="0" w:line="247" w:lineRule="auto"/>
              <w:jc w:val="center"/>
            </w:pPr>
            <w:r>
              <w:rPr>
                <w:b/>
                <w:sz w:val="21"/>
              </w:rPr>
              <w:t>Year awarded</w:t>
            </w:r>
          </w:p>
        </w:tc>
        <w:tc>
          <w:tcPr>
            <w:tcW w:w="5616" w:type="dxa"/>
            <w:shd w:val="clear" w:color="auto" w:fill="E8EDF2"/>
            <w:vAlign w:val="center"/>
          </w:tcPr>
          <w:p w14:paraId="4E410EAF" w14:textId="77777777" w:rsidR="001C0C6C" w:rsidRDefault="00000000">
            <w:pPr>
              <w:keepNext/>
              <w:keepLines/>
              <w:spacing w:after="0" w:line="247" w:lineRule="auto"/>
            </w:pPr>
            <w:r>
              <w:rPr>
                <w:b/>
                <w:sz w:val="21"/>
              </w:rPr>
              <w:t>Awarding institution</w:t>
            </w:r>
          </w:p>
        </w:tc>
      </w:tr>
      <w:tr w:rsidR="001C0C6C" w14:paraId="33B89362" w14:textId="77777777" w:rsidTr="00FB660E">
        <w:trPr>
          <w:cantSplit/>
          <w:jc w:val="center"/>
        </w:trPr>
        <w:tc>
          <w:tcPr>
            <w:tcW w:w="3096" w:type="dxa"/>
            <w:vAlign w:val="center"/>
          </w:tcPr>
          <w:p w14:paraId="2F459C49" w14:textId="77777777" w:rsidR="001C0C6C" w:rsidRDefault="00000000">
            <w:pPr>
              <w:keepLines/>
              <w:spacing w:after="0" w:line="247" w:lineRule="auto"/>
            </w:pPr>
            <w:r>
              <w:rPr>
                <w:sz w:val="21"/>
              </w:rPr>
              <w:t>Assistant Lecturer</w:t>
            </w:r>
          </w:p>
        </w:tc>
        <w:tc>
          <w:tcPr>
            <w:tcW w:w="1656" w:type="dxa"/>
            <w:vAlign w:val="center"/>
          </w:tcPr>
          <w:p w14:paraId="1C8965BA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rPr>
                <w:sz w:val="21"/>
              </w:rPr>
              <w:t>1999</w:t>
            </w:r>
          </w:p>
        </w:tc>
        <w:tc>
          <w:tcPr>
            <w:tcW w:w="5616" w:type="dxa"/>
            <w:vAlign w:val="center"/>
          </w:tcPr>
          <w:p w14:paraId="5E1055CD" w14:textId="77777777" w:rsidR="001C0C6C" w:rsidRDefault="00000000">
            <w:pPr>
              <w:keepLines/>
              <w:spacing w:after="0" w:line="247" w:lineRule="auto"/>
            </w:pPr>
            <w:r>
              <w:rPr>
                <w:sz w:val="21"/>
              </w:rPr>
              <w:t>University of Basrah</w:t>
            </w:r>
          </w:p>
        </w:tc>
      </w:tr>
      <w:tr w:rsidR="001C0C6C" w14:paraId="3737B4F1" w14:textId="77777777" w:rsidTr="00FB660E">
        <w:trPr>
          <w:cantSplit/>
          <w:jc w:val="center"/>
        </w:trPr>
        <w:tc>
          <w:tcPr>
            <w:tcW w:w="3096" w:type="dxa"/>
            <w:vAlign w:val="center"/>
          </w:tcPr>
          <w:p w14:paraId="4AFADE62" w14:textId="77777777" w:rsidR="001C0C6C" w:rsidRDefault="00000000">
            <w:pPr>
              <w:keepLines/>
              <w:spacing w:after="0" w:line="247" w:lineRule="auto"/>
            </w:pPr>
            <w:r>
              <w:rPr>
                <w:sz w:val="21"/>
              </w:rPr>
              <w:t>Lecturer</w:t>
            </w:r>
          </w:p>
        </w:tc>
        <w:tc>
          <w:tcPr>
            <w:tcW w:w="1656" w:type="dxa"/>
            <w:vAlign w:val="center"/>
          </w:tcPr>
          <w:p w14:paraId="15322FE5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rPr>
                <w:sz w:val="21"/>
              </w:rPr>
              <w:t>2023</w:t>
            </w:r>
          </w:p>
        </w:tc>
        <w:tc>
          <w:tcPr>
            <w:tcW w:w="5616" w:type="dxa"/>
            <w:vAlign w:val="center"/>
          </w:tcPr>
          <w:p w14:paraId="416412F2" w14:textId="77777777" w:rsidR="001C0C6C" w:rsidRDefault="00000000">
            <w:pPr>
              <w:keepLines/>
              <w:spacing w:after="0" w:line="247" w:lineRule="auto"/>
            </w:pPr>
            <w:r>
              <w:rPr>
                <w:sz w:val="21"/>
              </w:rPr>
              <w:t>Shatt Al-Arab University</w:t>
            </w:r>
          </w:p>
        </w:tc>
      </w:tr>
      <w:tr w:rsidR="001C0C6C" w14:paraId="1879DB15" w14:textId="77777777" w:rsidTr="00FB660E">
        <w:trPr>
          <w:cantSplit/>
          <w:jc w:val="center"/>
        </w:trPr>
        <w:tc>
          <w:tcPr>
            <w:tcW w:w="3096" w:type="dxa"/>
            <w:vAlign w:val="center"/>
          </w:tcPr>
          <w:p w14:paraId="6F255205" w14:textId="77777777" w:rsidR="001C0C6C" w:rsidRDefault="00000000">
            <w:pPr>
              <w:keepLines/>
              <w:spacing w:after="0" w:line="247" w:lineRule="auto"/>
            </w:pPr>
            <w:r>
              <w:rPr>
                <w:sz w:val="21"/>
              </w:rPr>
              <w:t>Assistant Professor</w:t>
            </w:r>
          </w:p>
        </w:tc>
        <w:tc>
          <w:tcPr>
            <w:tcW w:w="1656" w:type="dxa"/>
            <w:vAlign w:val="center"/>
          </w:tcPr>
          <w:p w14:paraId="05C88D2B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rPr>
                <w:sz w:val="21"/>
              </w:rPr>
              <w:t>—</w:t>
            </w:r>
          </w:p>
        </w:tc>
        <w:tc>
          <w:tcPr>
            <w:tcW w:w="5616" w:type="dxa"/>
            <w:vAlign w:val="center"/>
          </w:tcPr>
          <w:p w14:paraId="79DC6E21" w14:textId="77777777" w:rsidR="001C0C6C" w:rsidRDefault="00000000">
            <w:pPr>
              <w:keepLines/>
              <w:spacing w:after="0" w:line="247" w:lineRule="auto"/>
            </w:pPr>
            <w:r>
              <w:rPr>
                <w:sz w:val="21"/>
              </w:rPr>
              <w:t>—</w:t>
            </w:r>
          </w:p>
        </w:tc>
      </w:tr>
      <w:tr w:rsidR="001C0C6C" w14:paraId="56F35C20" w14:textId="77777777" w:rsidTr="00FB660E">
        <w:trPr>
          <w:cantSplit/>
          <w:jc w:val="center"/>
        </w:trPr>
        <w:tc>
          <w:tcPr>
            <w:tcW w:w="3096" w:type="dxa"/>
            <w:vAlign w:val="center"/>
          </w:tcPr>
          <w:p w14:paraId="15D6681C" w14:textId="77777777" w:rsidR="001C0C6C" w:rsidRDefault="00000000">
            <w:pPr>
              <w:keepLines/>
              <w:spacing w:after="0" w:line="247" w:lineRule="auto"/>
            </w:pPr>
            <w:r>
              <w:rPr>
                <w:sz w:val="21"/>
              </w:rPr>
              <w:t>Professor</w:t>
            </w:r>
          </w:p>
        </w:tc>
        <w:tc>
          <w:tcPr>
            <w:tcW w:w="1656" w:type="dxa"/>
            <w:vAlign w:val="center"/>
          </w:tcPr>
          <w:p w14:paraId="5D64A57B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rPr>
                <w:sz w:val="21"/>
              </w:rPr>
              <w:t>—</w:t>
            </w:r>
          </w:p>
        </w:tc>
        <w:tc>
          <w:tcPr>
            <w:tcW w:w="5616" w:type="dxa"/>
            <w:vAlign w:val="center"/>
          </w:tcPr>
          <w:p w14:paraId="792D3912" w14:textId="77777777" w:rsidR="001C0C6C" w:rsidRDefault="00000000">
            <w:pPr>
              <w:keepLines/>
              <w:spacing w:after="0" w:line="247" w:lineRule="auto"/>
            </w:pPr>
            <w:r>
              <w:rPr>
                <w:sz w:val="21"/>
              </w:rPr>
              <w:t>—</w:t>
            </w:r>
          </w:p>
        </w:tc>
      </w:tr>
    </w:tbl>
    <w:p w14:paraId="512229BD" w14:textId="77777777" w:rsidR="001C0C6C" w:rsidRDefault="00000000">
      <w:pPr>
        <w:pStyle w:val="Heading1"/>
      </w:pPr>
      <w:r>
        <w:t>Administrative Positions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65" w:type="dxa"/>
          <w:left w:w="105" w:type="dxa"/>
          <w:bottom w:w="65" w:type="dxa"/>
          <w:right w:w="105" w:type="dxa"/>
        </w:tblCellMar>
        <w:tblLook w:val="04A0" w:firstRow="1" w:lastRow="0" w:firstColumn="1" w:lastColumn="0" w:noHBand="0" w:noVBand="1"/>
      </w:tblPr>
      <w:tblGrid>
        <w:gridCol w:w="6912"/>
        <w:gridCol w:w="1728"/>
        <w:gridCol w:w="1728"/>
      </w:tblGrid>
      <w:tr w:rsidR="001C0C6C" w14:paraId="081C0569" w14:textId="77777777">
        <w:trPr>
          <w:cantSplit/>
          <w:tblHeader/>
          <w:jc w:val="center"/>
        </w:trPr>
        <w:tc>
          <w:tcPr>
            <w:tcW w:w="6912" w:type="dxa"/>
            <w:shd w:val="clear" w:color="auto" w:fill="E8EDF2"/>
            <w:vAlign w:val="center"/>
          </w:tcPr>
          <w:p w14:paraId="26A82A01" w14:textId="77777777" w:rsidR="001C0C6C" w:rsidRDefault="00000000">
            <w:pPr>
              <w:keepNext/>
              <w:keepLines/>
              <w:spacing w:after="0" w:line="247" w:lineRule="auto"/>
            </w:pPr>
            <w:r>
              <w:rPr>
                <w:b/>
                <w:sz w:val="21"/>
              </w:rPr>
              <w:t>Position</w:t>
            </w:r>
          </w:p>
        </w:tc>
        <w:tc>
          <w:tcPr>
            <w:tcW w:w="1728" w:type="dxa"/>
            <w:shd w:val="clear" w:color="auto" w:fill="E8EDF2"/>
            <w:vAlign w:val="center"/>
          </w:tcPr>
          <w:p w14:paraId="1C6022E3" w14:textId="77777777" w:rsidR="001C0C6C" w:rsidRDefault="00000000">
            <w:pPr>
              <w:keepNext/>
              <w:keepLines/>
              <w:spacing w:after="0" w:line="247" w:lineRule="auto"/>
              <w:jc w:val="center"/>
            </w:pPr>
            <w:r>
              <w:rPr>
                <w:b/>
                <w:sz w:val="21"/>
              </w:rPr>
              <w:t>From</w:t>
            </w:r>
          </w:p>
        </w:tc>
        <w:tc>
          <w:tcPr>
            <w:tcW w:w="1728" w:type="dxa"/>
            <w:shd w:val="clear" w:color="auto" w:fill="E8EDF2"/>
            <w:vAlign w:val="center"/>
          </w:tcPr>
          <w:p w14:paraId="2F270C9F" w14:textId="77777777" w:rsidR="001C0C6C" w:rsidRDefault="00000000">
            <w:pPr>
              <w:keepNext/>
              <w:keepLines/>
              <w:spacing w:after="0" w:line="247" w:lineRule="auto"/>
              <w:jc w:val="center"/>
            </w:pPr>
            <w:r>
              <w:rPr>
                <w:b/>
                <w:sz w:val="21"/>
              </w:rPr>
              <w:t>To</w:t>
            </w:r>
          </w:p>
        </w:tc>
      </w:tr>
      <w:tr w:rsidR="001C0C6C" w14:paraId="0425FEC4" w14:textId="77777777">
        <w:trPr>
          <w:cantSplit/>
          <w:jc w:val="center"/>
        </w:trPr>
        <w:tc>
          <w:tcPr>
            <w:tcW w:w="6912" w:type="dxa"/>
            <w:vAlign w:val="center"/>
          </w:tcPr>
          <w:p w14:paraId="360831DC" w14:textId="77777777" w:rsidR="001C0C6C" w:rsidRDefault="001C0C6C">
            <w:pPr>
              <w:keepLines/>
              <w:spacing w:after="0" w:line="247" w:lineRule="auto"/>
            </w:pPr>
          </w:p>
        </w:tc>
        <w:tc>
          <w:tcPr>
            <w:tcW w:w="1728" w:type="dxa"/>
            <w:vAlign w:val="center"/>
          </w:tcPr>
          <w:p w14:paraId="736D9EE8" w14:textId="77777777" w:rsidR="001C0C6C" w:rsidRDefault="001C0C6C">
            <w:pPr>
              <w:keepLines/>
              <w:spacing w:after="0" w:line="247" w:lineRule="auto"/>
              <w:jc w:val="center"/>
            </w:pPr>
          </w:p>
        </w:tc>
        <w:tc>
          <w:tcPr>
            <w:tcW w:w="1728" w:type="dxa"/>
            <w:vAlign w:val="center"/>
          </w:tcPr>
          <w:p w14:paraId="4F763041" w14:textId="77777777" w:rsidR="001C0C6C" w:rsidRDefault="001C0C6C">
            <w:pPr>
              <w:keepLines/>
              <w:spacing w:after="0" w:line="247" w:lineRule="auto"/>
              <w:jc w:val="center"/>
            </w:pPr>
          </w:p>
        </w:tc>
      </w:tr>
    </w:tbl>
    <w:p w14:paraId="40AB4DD1" w14:textId="77777777" w:rsidR="001C0C6C" w:rsidRDefault="00000000">
      <w:pPr>
        <w:pStyle w:val="Heading1"/>
      </w:pPr>
      <w:r>
        <w:t>Academic Service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65" w:type="dxa"/>
          <w:left w:w="105" w:type="dxa"/>
          <w:bottom w:w="65" w:type="dxa"/>
          <w:right w:w="105" w:type="dxa"/>
        </w:tblCellMar>
        <w:tblLook w:val="04A0" w:firstRow="1" w:lastRow="0" w:firstColumn="1" w:lastColumn="0" w:noHBand="0" w:noVBand="1"/>
      </w:tblPr>
      <w:tblGrid>
        <w:gridCol w:w="6912"/>
        <w:gridCol w:w="1728"/>
        <w:gridCol w:w="1728"/>
      </w:tblGrid>
      <w:tr w:rsidR="001C0C6C" w14:paraId="588BBA3F" w14:textId="77777777">
        <w:trPr>
          <w:cantSplit/>
          <w:tblHeader/>
          <w:jc w:val="center"/>
        </w:trPr>
        <w:tc>
          <w:tcPr>
            <w:tcW w:w="6912" w:type="dxa"/>
            <w:shd w:val="clear" w:color="auto" w:fill="E8EDF2"/>
            <w:vAlign w:val="center"/>
          </w:tcPr>
          <w:p w14:paraId="06D50FA4" w14:textId="77777777" w:rsidR="001C0C6C" w:rsidRDefault="00000000">
            <w:pPr>
              <w:keepNext/>
              <w:keepLines/>
              <w:spacing w:after="0" w:line="247" w:lineRule="auto"/>
            </w:pPr>
            <w:r>
              <w:rPr>
                <w:b/>
                <w:sz w:val="21"/>
              </w:rPr>
              <w:t>Position</w:t>
            </w:r>
          </w:p>
        </w:tc>
        <w:tc>
          <w:tcPr>
            <w:tcW w:w="1728" w:type="dxa"/>
            <w:shd w:val="clear" w:color="auto" w:fill="E8EDF2"/>
            <w:vAlign w:val="center"/>
          </w:tcPr>
          <w:p w14:paraId="36C5A959" w14:textId="77777777" w:rsidR="001C0C6C" w:rsidRDefault="00000000">
            <w:pPr>
              <w:keepNext/>
              <w:keepLines/>
              <w:spacing w:after="0" w:line="247" w:lineRule="auto"/>
              <w:jc w:val="center"/>
            </w:pPr>
            <w:r>
              <w:rPr>
                <w:b/>
                <w:sz w:val="21"/>
              </w:rPr>
              <w:t>From</w:t>
            </w:r>
          </w:p>
        </w:tc>
        <w:tc>
          <w:tcPr>
            <w:tcW w:w="1728" w:type="dxa"/>
            <w:shd w:val="clear" w:color="auto" w:fill="E8EDF2"/>
            <w:vAlign w:val="center"/>
          </w:tcPr>
          <w:p w14:paraId="57FE7999" w14:textId="77777777" w:rsidR="001C0C6C" w:rsidRDefault="00000000">
            <w:pPr>
              <w:keepNext/>
              <w:keepLines/>
              <w:spacing w:after="0" w:line="247" w:lineRule="auto"/>
              <w:jc w:val="center"/>
            </w:pPr>
            <w:r>
              <w:rPr>
                <w:b/>
                <w:sz w:val="21"/>
              </w:rPr>
              <w:t>To</w:t>
            </w:r>
          </w:p>
        </w:tc>
      </w:tr>
      <w:tr w:rsidR="001C0C6C" w14:paraId="4680312B" w14:textId="77777777">
        <w:trPr>
          <w:cantSplit/>
          <w:jc w:val="center"/>
        </w:trPr>
        <w:tc>
          <w:tcPr>
            <w:tcW w:w="6912" w:type="dxa"/>
            <w:vAlign w:val="center"/>
          </w:tcPr>
          <w:p w14:paraId="0374F0A9" w14:textId="77777777" w:rsidR="001C0C6C" w:rsidRDefault="00000000">
            <w:pPr>
              <w:keepLines/>
              <w:spacing w:after="0" w:line="247" w:lineRule="auto"/>
            </w:pPr>
            <w:r>
              <w:rPr>
                <w:sz w:val="21"/>
              </w:rPr>
              <w:t>Member of the Scientific Committee, Department of Accounting</w:t>
            </w:r>
          </w:p>
        </w:tc>
        <w:tc>
          <w:tcPr>
            <w:tcW w:w="1728" w:type="dxa"/>
            <w:vAlign w:val="center"/>
          </w:tcPr>
          <w:p w14:paraId="38413AD8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rPr>
                <w:sz w:val="21"/>
              </w:rPr>
              <w:t>2024</w:t>
            </w:r>
          </w:p>
        </w:tc>
        <w:tc>
          <w:tcPr>
            <w:tcW w:w="1728" w:type="dxa"/>
            <w:vAlign w:val="center"/>
          </w:tcPr>
          <w:p w14:paraId="397B33D4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rPr>
                <w:sz w:val="21"/>
              </w:rPr>
              <w:t>Present</w:t>
            </w:r>
          </w:p>
        </w:tc>
      </w:tr>
    </w:tbl>
    <w:p w14:paraId="3EEB20B4" w14:textId="77777777" w:rsidR="001C0C6C" w:rsidRDefault="00000000">
      <w:pPr>
        <w:pStyle w:val="Heading1"/>
      </w:pPr>
      <w:r>
        <w:t>Scholarly Activities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5" w:type="dxa"/>
          <w:left w:w="105" w:type="dxa"/>
          <w:bottom w:w="65" w:type="dxa"/>
          <w:right w:w="105" w:type="dxa"/>
        </w:tblCellMar>
        <w:tblLook w:val="04A0" w:firstRow="1" w:lastRow="0" w:firstColumn="1" w:lastColumn="0" w:noHBand="0" w:noVBand="1"/>
      </w:tblPr>
      <w:tblGrid>
        <w:gridCol w:w="7848"/>
        <w:gridCol w:w="2520"/>
      </w:tblGrid>
      <w:tr w:rsidR="001C0C6C" w14:paraId="57ED5C35" w14:textId="77777777" w:rsidTr="00FB660E">
        <w:trPr>
          <w:cantSplit/>
          <w:tblHeader/>
          <w:jc w:val="center"/>
        </w:trPr>
        <w:tc>
          <w:tcPr>
            <w:tcW w:w="7848" w:type="dxa"/>
            <w:shd w:val="clear" w:color="auto" w:fill="E8EDF2"/>
            <w:vAlign w:val="center"/>
          </w:tcPr>
          <w:p w14:paraId="5D526A50" w14:textId="77777777" w:rsidR="001C0C6C" w:rsidRDefault="00000000">
            <w:pPr>
              <w:keepNext/>
              <w:keepLines/>
              <w:spacing w:after="0" w:line="247" w:lineRule="auto"/>
            </w:pPr>
            <w:r>
              <w:rPr>
                <w:b/>
                <w:sz w:val="21"/>
              </w:rPr>
              <w:t>Activity</w:t>
            </w:r>
          </w:p>
        </w:tc>
        <w:tc>
          <w:tcPr>
            <w:tcW w:w="2520" w:type="dxa"/>
            <w:shd w:val="clear" w:color="auto" w:fill="E8EDF2"/>
            <w:vAlign w:val="center"/>
          </w:tcPr>
          <w:p w14:paraId="3DC55F7F" w14:textId="77777777" w:rsidR="001C0C6C" w:rsidRDefault="00000000">
            <w:pPr>
              <w:keepNext/>
              <w:keepLines/>
              <w:spacing w:after="0" w:line="247" w:lineRule="auto"/>
              <w:jc w:val="center"/>
            </w:pPr>
            <w:r>
              <w:rPr>
                <w:b/>
                <w:sz w:val="21"/>
              </w:rPr>
              <w:t>Number</w:t>
            </w:r>
          </w:p>
        </w:tc>
      </w:tr>
      <w:tr w:rsidR="001C0C6C" w14:paraId="74E0DCC2" w14:textId="77777777" w:rsidTr="00FB660E">
        <w:trPr>
          <w:cantSplit/>
          <w:jc w:val="center"/>
        </w:trPr>
        <w:tc>
          <w:tcPr>
            <w:tcW w:w="7848" w:type="dxa"/>
            <w:vAlign w:val="center"/>
          </w:tcPr>
          <w:p w14:paraId="47F74BA0" w14:textId="77777777" w:rsidR="001C0C6C" w:rsidRDefault="00000000">
            <w:pPr>
              <w:keepLines/>
              <w:spacing w:after="0" w:line="247" w:lineRule="auto"/>
            </w:pPr>
            <w:r>
              <w:rPr>
                <w:sz w:val="21"/>
              </w:rPr>
              <w:t>Authored books</w:t>
            </w:r>
          </w:p>
        </w:tc>
        <w:tc>
          <w:tcPr>
            <w:tcW w:w="2520" w:type="dxa"/>
            <w:vAlign w:val="center"/>
          </w:tcPr>
          <w:p w14:paraId="751D01F4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rPr>
                <w:sz w:val="21"/>
              </w:rPr>
              <w:t>—</w:t>
            </w:r>
          </w:p>
        </w:tc>
      </w:tr>
      <w:tr w:rsidR="001C0C6C" w14:paraId="7FBC7C6C" w14:textId="77777777" w:rsidTr="00FB660E">
        <w:trPr>
          <w:cantSplit/>
          <w:jc w:val="center"/>
        </w:trPr>
        <w:tc>
          <w:tcPr>
            <w:tcW w:w="7848" w:type="dxa"/>
            <w:vAlign w:val="center"/>
          </w:tcPr>
          <w:p w14:paraId="7181E6B3" w14:textId="77777777" w:rsidR="001C0C6C" w:rsidRDefault="00000000">
            <w:pPr>
              <w:keepLines/>
              <w:spacing w:after="0" w:line="247" w:lineRule="auto"/>
            </w:pPr>
            <w:r>
              <w:rPr>
                <w:sz w:val="21"/>
              </w:rPr>
              <w:t>Research papers published in internationally indexed journals</w:t>
            </w:r>
          </w:p>
        </w:tc>
        <w:tc>
          <w:tcPr>
            <w:tcW w:w="2520" w:type="dxa"/>
            <w:vAlign w:val="center"/>
          </w:tcPr>
          <w:p w14:paraId="1F7C5458" w14:textId="48B84B50" w:rsidR="001C0C6C" w:rsidRDefault="00FB660E">
            <w:pPr>
              <w:keepLines/>
              <w:spacing w:after="0" w:line="247" w:lineRule="auto"/>
              <w:jc w:val="center"/>
            </w:pPr>
            <w:r>
              <w:rPr>
                <w:rFonts w:hint="cs"/>
                <w:sz w:val="21"/>
                <w:rtl/>
              </w:rPr>
              <w:t>10</w:t>
            </w:r>
            <w:r w:rsidR="00000000">
              <w:rPr>
                <w:sz w:val="21"/>
              </w:rPr>
              <w:t xml:space="preserve"> (Scopus)</w:t>
            </w:r>
          </w:p>
        </w:tc>
      </w:tr>
      <w:tr w:rsidR="001C0C6C" w14:paraId="3C1FC96B" w14:textId="77777777" w:rsidTr="00FB660E">
        <w:trPr>
          <w:cantSplit/>
          <w:jc w:val="center"/>
        </w:trPr>
        <w:tc>
          <w:tcPr>
            <w:tcW w:w="7848" w:type="dxa"/>
            <w:vAlign w:val="center"/>
          </w:tcPr>
          <w:p w14:paraId="7CFE2DDF" w14:textId="77777777" w:rsidR="001C0C6C" w:rsidRDefault="00000000">
            <w:pPr>
              <w:keepLines/>
              <w:spacing w:after="0" w:line="247" w:lineRule="auto"/>
            </w:pPr>
            <w:r>
              <w:rPr>
                <w:sz w:val="21"/>
              </w:rPr>
              <w:t>Research papers published in Arab and local journals</w:t>
            </w:r>
          </w:p>
        </w:tc>
        <w:tc>
          <w:tcPr>
            <w:tcW w:w="2520" w:type="dxa"/>
            <w:vAlign w:val="center"/>
          </w:tcPr>
          <w:p w14:paraId="3E32C0EB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rPr>
                <w:sz w:val="21"/>
              </w:rPr>
              <w:t>2 (local)</w:t>
            </w:r>
          </w:p>
        </w:tc>
      </w:tr>
      <w:tr w:rsidR="001C0C6C" w14:paraId="7EBFEC90" w14:textId="77777777" w:rsidTr="00FB660E">
        <w:trPr>
          <w:cantSplit/>
          <w:jc w:val="center"/>
        </w:trPr>
        <w:tc>
          <w:tcPr>
            <w:tcW w:w="7848" w:type="dxa"/>
            <w:vAlign w:val="center"/>
          </w:tcPr>
          <w:p w14:paraId="2A7EE3BE" w14:textId="77777777" w:rsidR="001C0C6C" w:rsidRDefault="00000000">
            <w:pPr>
              <w:keepLines/>
              <w:spacing w:after="0" w:line="247" w:lineRule="auto"/>
            </w:pPr>
            <w:r>
              <w:rPr>
                <w:sz w:val="21"/>
              </w:rPr>
              <w:t>Articles</w:t>
            </w:r>
          </w:p>
        </w:tc>
        <w:tc>
          <w:tcPr>
            <w:tcW w:w="2520" w:type="dxa"/>
            <w:vAlign w:val="center"/>
          </w:tcPr>
          <w:p w14:paraId="60F3A9A4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rPr>
                <w:sz w:val="21"/>
              </w:rPr>
              <w:t>12 (international)</w:t>
            </w:r>
          </w:p>
        </w:tc>
      </w:tr>
      <w:tr w:rsidR="001C0C6C" w14:paraId="1D8D2654" w14:textId="77777777" w:rsidTr="00FB660E">
        <w:trPr>
          <w:cantSplit/>
          <w:jc w:val="center"/>
        </w:trPr>
        <w:tc>
          <w:tcPr>
            <w:tcW w:w="7848" w:type="dxa"/>
            <w:vAlign w:val="center"/>
          </w:tcPr>
          <w:p w14:paraId="23E35769" w14:textId="77777777" w:rsidR="001C0C6C" w:rsidRDefault="00000000">
            <w:pPr>
              <w:keepLines/>
              <w:spacing w:after="0" w:line="247" w:lineRule="auto"/>
            </w:pPr>
            <w:r>
              <w:rPr>
                <w:sz w:val="21"/>
              </w:rPr>
              <w:t>Participation in academic workshops and seminars</w:t>
            </w:r>
          </w:p>
        </w:tc>
        <w:tc>
          <w:tcPr>
            <w:tcW w:w="2520" w:type="dxa"/>
            <w:vAlign w:val="center"/>
          </w:tcPr>
          <w:p w14:paraId="639D1DCD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rPr>
                <w:sz w:val="21"/>
              </w:rPr>
              <w:t>2</w:t>
            </w:r>
          </w:p>
        </w:tc>
      </w:tr>
      <w:tr w:rsidR="001C0C6C" w14:paraId="4F0751F8" w14:textId="77777777" w:rsidTr="00FB660E">
        <w:trPr>
          <w:cantSplit/>
          <w:jc w:val="center"/>
        </w:trPr>
        <w:tc>
          <w:tcPr>
            <w:tcW w:w="7848" w:type="dxa"/>
            <w:vAlign w:val="center"/>
          </w:tcPr>
          <w:p w14:paraId="4B042AB9" w14:textId="77777777" w:rsidR="001C0C6C" w:rsidRDefault="00000000">
            <w:pPr>
              <w:keepLines/>
              <w:spacing w:after="0" w:line="247" w:lineRule="auto"/>
            </w:pPr>
            <w:r>
              <w:rPr>
                <w:sz w:val="21"/>
              </w:rPr>
              <w:t>Participation in local academic conferences</w:t>
            </w:r>
          </w:p>
        </w:tc>
        <w:tc>
          <w:tcPr>
            <w:tcW w:w="2520" w:type="dxa"/>
            <w:vAlign w:val="center"/>
          </w:tcPr>
          <w:p w14:paraId="79E7DC9C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rPr>
                <w:sz w:val="21"/>
              </w:rPr>
              <w:t>3</w:t>
            </w:r>
          </w:p>
        </w:tc>
      </w:tr>
      <w:tr w:rsidR="001C0C6C" w14:paraId="408C73A7" w14:textId="77777777" w:rsidTr="00FB660E">
        <w:trPr>
          <w:cantSplit/>
          <w:jc w:val="center"/>
        </w:trPr>
        <w:tc>
          <w:tcPr>
            <w:tcW w:w="7848" w:type="dxa"/>
            <w:vAlign w:val="center"/>
          </w:tcPr>
          <w:p w14:paraId="66E07653" w14:textId="77777777" w:rsidR="001C0C6C" w:rsidRDefault="00000000">
            <w:pPr>
              <w:keepLines/>
              <w:spacing w:after="0" w:line="247" w:lineRule="auto"/>
            </w:pPr>
            <w:r>
              <w:rPr>
                <w:sz w:val="21"/>
              </w:rPr>
              <w:t>Participation in international academic conferences</w:t>
            </w:r>
          </w:p>
        </w:tc>
        <w:tc>
          <w:tcPr>
            <w:tcW w:w="2520" w:type="dxa"/>
            <w:vAlign w:val="center"/>
          </w:tcPr>
          <w:p w14:paraId="4C28492F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rPr>
                <w:sz w:val="21"/>
              </w:rPr>
              <w:t>1</w:t>
            </w:r>
          </w:p>
        </w:tc>
      </w:tr>
    </w:tbl>
    <w:p w14:paraId="673DB6DD" w14:textId="77777777" w:rsidR="001C0C6C" w:rsidRDefault="00000000">
      <w:r>
        <w:br w:type="page"/>
      </w:r>
    </w:p>
    <w:p w14:paraId="459D3D63" w14:textId="77777777" w:rsidR="001C0C6C" w:rsidRDefault="00000000">
      <w:pPr>
        <w:pStyle w:val="Heading1"/>
        <w:spacing w:before="0"/>
      </w:pPr>
      <w:r>
        <w:lastRenderedPageBreak/>
        <w:t>Postgraduate Supervision and Thesis Examination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65" w:type="dxa"/>
          <w:left w:w="105" w:type="dxa"/>
          <w:bottom w:w="65" w:type="dxa"/>
          <w:right w:w="105" w:type="dxa"/>
        </w:tblCellMar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1C0C6C" w14:paraId="0EB3142E" w14:textId="77777777">
        <w:trPr>
          <w:cantSplit/>
          <w:tblHeader/>
          <w:jc w:val="center"/>
        </w:trPr>
        <w:tc>
          <w:tcPr>
            <w:tcW w:w="3456" w:type="dxa"/>
            <w:shd w:val="clear" w:color="auto" w:fill="E8EDF2"/>
            <w:vAlign w:val="center"/>
          </w:tcPr>
          <w:p w14:paraId="3C48D788" w14:textId="77777777" w:rsidR="001C0C6C" w:rsidRDefault="00000000">
            <w:pPr>
              <w:keepNext/>
              <w:keepLines/>
              <w:spacing w:after="0" w:line="247" w:lineRule="auto"/>
            </w:pPr>
            <w:r>
              <w:rPr>
                <w:b/>
              </w:rPr>
              <w:t>Degree level</w:t>
            </w:r>
          </w:p>
        </w:tc>
        <w:tc>
          <w:tcPr>
            <w:tcW w:w="3456" w:type="dxa"/>
            <w:shd w:val="clear" w:color="auto" w:fill="E8EDF2"/>
            <w:vAlign w:val="center"/>
          </w:tcPr>
          <w:p w14:paraId="51814AB5" w14:textId="77777777" w:rsidR="001C0C6C" w:rsidRDefault="00000000">
            <w:pPr>
              <w:keepNext/>
              <w:keepLines/>
              <w:spacing w:after="0" w:line="247" w:lineRule="auto"/>
              <w:jc w:val="center"/>
            </w:pPr>
            <w:r>
              <w:rPr>
                <w:b/>
              </w:rPr>
              <w:t>Students supervised</w:t>
            </w:r>
          </w:p>
        </w:tc>
        <w:tc>
          <w:tcPr>
            <w:tcW w:w="3456" w:type="dxa"/>
            <w:shd w:val="clear" w:color="auto" w:fill="E8EDF2"/>
            <w:vAlign w:val="center"/>
          </w:tcPr>
          <w:p w14:paraId="681BD479" w14:textId="77777777" w:rsidR="001C0C6C" w:rsidRDefault="00000000">
            <w:pPr>
              <w:keepNext/>
              <w:keepLines/>
              <w:spacing w:after="0" w:line="247" w:lineRule="auto"/>
              <w:jc w:val="center"/>
            </w:pPr>
            <w:r>
              <w:rPr>
                <w:b/>
              </w:rPr>
              <w:t>Theses examined</w:t>
            </w:r>
          </w:p>
        </w:tc>
      </w:tr>
      <w:tr w:rsidR="001C0C6C" w14:paraId="2FC70C9D" w14:textId="77777777">
        <w:trPr>
          <w:cantSplit/>
          <w:jc w:val="center"/>
        </w:trPr>
        <w:tc>
          <w:tcPr>
            <w:tcW w:w="3456" w:type="dxa"/>
            <w:vAlign w:val="center"/>
          </w:tcPr>
          <w:p w14:paraId="0719E39C" w14:textId="77777777" w:rsidR="001C0C6C" w:rsidRDefault="00000000">
            <w:pPr>
              <w:keepLines/>
              <w:spacing w:after="0" w:line="247" w:lineRule="auto"/>
            </w:pPr>
            <w:r>
              <w:t>Diploma</w:t>
            </w:r>
          </w:p>
        </w:tc>
        <w:tc>
          <w:tcPr>
            <w:tcW w:w="3456" w:type="dxa"/>
            <w:vAlign w:val="center"/>
          </w:tcPr>
          <w:p w14:paraId="073D824F" w14:textId="77777777" w:rsidR="001C0C6C" w:rsidRDefault="001C0C6C">
            <w:pPr>
              <w:keepLines/>
              <w:spacing w:after="0" w:line="247" w:lineRule="auto"/>
              <w:jc w:val="center"/>
            </w:pPr>
          </w:p>
        </w:tc>
        <w:tc>
          <w:tcPr>
            <w:tcW w:w="3456" w:type="dxa"/>
            <w:vAlign w:val="center"/>
          </w:tcPr>
          <w:p w14:paraId="5DBCD1BC" w14:textId="77777777" w:rsidR="001C0C6C" w:rsidRDefault="001C0C6C">
            <w:pPr>
              <w:keepLines/>
              <w:spacing w:after="0" w:line="247" w:lineRule="auto"/>
              <w:jc w:val="center"/>
            </w:pPr>
          </w:p>
        </w:tc>
      </w:tr>
      <w:tr w:rsidR="001C0C6C" w14:paraId="391203BC" w14:textId="77777777">
        <w:trPr>
          <w:cantSplit/>
          <w:jc w:val="center"/>
        </w:trPr>
        <w:tc>
          <w:tcPr>
            <w:tcW w:w="3456" w:type="dxa"/>
            <w:vAlign w:val="center"/>
          </w:tcPr>
          <w:p w14:paraId="023BAB6C" w14:textId="77777777" w:rsidR="001C0C6C" w:rsidRDefault="00000000">
            <w:pPr>
              <w:keepLines/>
              <w:spacing w:after="0" w:line="247" w:lineRule="auto"/>
            </w:pPr>
            <w:r>
              <w:t>Master’s degree</w:t>
            </w:r>
          </w:p>
        </w:tc>
        <w:tc>
          <w:tcPr>
            <w:tcW w:w="3456" w:type="dxa"/>
            <w:vAlign w:val="center"/>
          </w:tcPr>
          <w:p w14:paraId="462BED2E" w14:textId="77777777" w:rsidR="001C0C6C" w:rsidRDefault="001C0C6C">
            <w:pPr>
              <w:keepLines/>
              <w:spacing w:after="0" w:line="247" w:lineRule="auto"/>
              <w:jc w:val="center"/>
            </w:pPr>
          </w:p>
        </w:tc>
        <w:tc>
          <w:tcPr>
            <w:tcW w:w="3456" w:type="dxa"/>
            <w:vAlign w:val="center"/>
          </w:tcPr>
          <w:p w14:paraId="1E36D83B" w14:textId="77777777" w:rsidR="001C0C6C" w:rsidRDefault="001C0C6C">
            <w:pPr>
              <w:keepLines/>
              <w:spacing w:after="0" w:line="247" w:lineRule="auto"/>
              <w:jc w:val="center"/>
            </w:pPr>
          </w:p>
        </w:tc>
      </w:tr>
      <w:tr w:rsidR="001C0C6C" w14:paraId="69BDC5FB" w14:textId="77777777">
        <w:trPr>
          <w:cantSplit/>
          <w:jc w:val="center"/>
        </w:trPr>
        <w:tc>
          <w:tcPr>
            <w:tcW w:w="3456" w:type="dxa"/>
            <w:vAlign w:val="center"/>
          </w:tcPr>
          <w:p w14:paraId="032614E6" w14:textId="77777777" w:rsidR="001C0C6C" w:rsidRDefault="00000000">
            <w:pPr>
              <w:keepLines/>
              <w:spacing w:after="0" w:line="247" w:lineRule="auto"/>
            </w:pPr>
            <w:r>
              <w:t>Doctorate</w:t>
            </w:r>
          </w:p>
        </w:tc>
        <w:tc>
          <w:tcPr>
            <w:tcW w:w="3456" w:type="dxa"/>
            <w:vAlign w:val="center"/>
          </w:tcPr>
          <w:p w14:paraId="66FC679C" w14:textId="77777777" w:rsidR="001C0C6C" w:rsidRDefault="001C0C6C">
            <w:pPr>
              <w:keepLines/>
              <w:spacing w:after="0" w:line="247" w:lineRule="auto"/>
              <w:jc w:val="center"/>
            </w:pPr>
          </w:p>
        </w:tc>
        <w:tc>
          <w:tcPr>
            <w:tcW w:w="3456" w:type="dxa"/>
            <w:vAlign w:val="center"/>
          </w:tcPr>
          <w:p w14:paraId="7C1FC461" w14:textId="77777777" w:rsidR="001C0C6C" w:rsidRDefault="001C0C6C">
            <w:pPr>
              <w:keepLines/>
              <w:spacing w:after="0" w:line="247" w:lineRule="auto"/>
              <w:jc w:val="center"/>
            </w:pPr>
          </w:p>
        </w:tc>
      </w:tr>
      <w:tr w:rsidR="001C0C6C" w14:paraId="4100A738" w14:textId="77777777">
        <w:trPr>
          <w:cantSplit/>
          <w:jc w:val="center"/>
        </w:trPr>
        <w:tc>
          <w:tcPr>
            <w:tcW w:w="3456" w:type="dxa"/>
            <w:vAlign w:val="center"/>
          </w:tcPr>
          <w:p w14:paraId="30611B0E" w14:textId="77777777" w:rsidR="001C0C6C" w:rsidRDefault="00000000">
            <w:pPr>
              <w:keepLines/>
              <w:spacing w:after="0" w:line="247" w:lineRule="auto"/>
            </w:pPr>
            <w:r>
              <w:t>Total</w:t>
            </w:r>
          </w:p>
        </w:tc>
        <w:tc>
          <w:tcPr>
            <w:tcW w:w="3456" w:type="dxa"/>
            <w:vAlign w:val="center"/>
          </w:tcPr>
          <w:p w14:paraId="1857BF01" w14:textId="77777777" w:rsidR="001C0C6C" w:rsidRDefault="001C0C6C">
            <w:pPr>
              <w:keepLines/>
              <w:spacing w:after="0" w:line="247" w:lineRule="auto"/>
              <w:jc w:val="center"/>
            </w:pPr>
          </w:p>
        </w:tc>
        <w:tc>
          <w:tcPr>
            <w:tcW w:w="3456" w:type="dxa"/>
            <w:vAlign w:val="center"/>
          </w:tcPr>
          <w:p w14:paraId="794757CF" w14:textId="77777777" w:rsidR="001C0C6C" w:rsidRDefault="001C0C6C">
            <w:pPr>
              <w:keepLines/>
              <w:spacing w:after="0" w:line="247" w:lineRule="auto"/>
              <w:jc w:val="center"/>
            </w:pPr>
          </w:p>
        </w:tc>
      </w:tr>
    </w:tbl>
    <w:p w14:paraId="511BF578" w14:textId="77777777" w:rsidR="001C0C6C" w:rsidRDefault="00000000">
      <w:pPr>
        <w:pStyle w:val="Heading1"/>
      </w:pPr>
      <w:r>
        <w:t>Teaching Experience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5" w:type="dxa"/>
          <w:left w:w="105" w:type="dxa"/>
          <w:bottom w:w="65" w:type="dxa"/>
          <w:right w:w="105" w:type="dxa"/>
        </w:tblCellMar>
        <w:tblLook w:val="04A0" w:firstRow="1" w:lastRow="0" w:firstColumn="1" w:lastColumn="0" w:noHBand="0" w:noVBand="1"/>
      </w:tblPr>
      <w:tblGrid>
        <w:gridCol w:w="5760"/>
        <w:gridCol w:w="2376"/>
        <w:gridCol w:w="2232"/>
      </w:tblGrid>
      <w:tr w:rsidR="001C0C6C" w14:paraId="77598F95" w14:textId="77777777" w:rsidTr="00FB660E">
        <w:trPr>
          <w:cantSplit/>
          <w:tblHeader/>
          <w:jc w:val="center"/>
        </w:trPr>
        <w:tc>
          <w:tcPr>
            <w:tcW w:w="5760" w:type="dxa"/>
            <w:shd w:val="clear" w:color="auto" w:fill="E8EDF2"/>
            <w:vAlign w:val="center"/>
          </w:tcPr>
          <w:p w14:paraId="38A4EC8A" w14:textId="77777777" w:rsidR="001C0C6C" w:rsidRDefault="00000000">
            <w:pPr>
              <w:keepNext/>
              <w:keepLines/>
              <w:spacing w:after="0" w:line="247" w:lineRule="auto"/>
            </w:pPr>
            <w:r>
              <w:rPr>
                <w:b/>
              </w:rPr>
              <w:t>Level of study</w:t>
            </w:r>
          </w:p>
        </w:tc>
        <w:tc>
          <w:tcPr>
            <w:tcW w:w="2376" w:type="dxa"/>
            <w:shd w:val="clear" w:color="auto" w:fill="E8EDF2"/>
            <w:vAlign w:val="center"/>
          </w:tcPr>
          <w:p w14:paraId="2A132BD9" w14:textId="77777777" w:rsidR="001C0C6C" w:rsidRDefault="00000000">
            <w:pPr>
              <w:keepNext/>
              <w:keepLines/>
              <w:spacing w:after="0" w:line="247" w:lineRule="auto"/>
              <w:jc w:val="center"/>
            </w:pPr>
            <w:r>
              <w:rPr>
                <w:b/>
              </w:rPr>
              <w:t>Number of courses</w:t>
            </w:r>
          </w:p>
        </w:tc>
        <w:tc>
          <w:tcPr>
            <w:tcW w:w="2232" w:type="dxa"/>
            <w:shd w:val="clear" w:color="auto" w:fill="E8EDF2"/>
            <w:vAlign w:val="center"/>
          </w:tcPr>
          <w:p w14:paraId="3C85E2C6" w14:textId="77777777" w:rsidR="001C0C6C" w:rsidRDefault="00000000">
            <w:pPr>
              <w:keepNext/>
              <w:keepLines/>
              <w:spacing w:after="0" w:line="247" w:lineRule="auto"/>
              <w:jc w:val="center"/>
            </w:pPr>
            <w:r>
              <w:rPr>
                <w:b/>
              </w:rPr>
              <w:t>Period</w:t>
            </w:r>
          </w:p>
        </w:tc>
      </w:tr>
      <w:tr w:rsidR="001C0C6C" w14:paraId="37BF1D9C" w14:textId="77777777" w:rsidTr="00FB660E">
        <w:trPr>
          <w:cantSplit/>
          <w:jc w:val="center"/>
        </w:trPr>
        <w:tc>
          <w:tcPr>
            <w:tcW w:w="5760" w:type="dxa"/>
            <w:vAlign w:val="center"/>
          </w:tcPr>
          <w:p w14:paraId="41E6362C" w14:textId="77777777" w:rsidR="001C0C6C" w:rsidRDefault="00000000">
            <w:pPr>
              <w:keepLines/>
              <w:spacing w:after="0" w:line="247" w:lineRule="auto"/>
            </w:pPr>
            <w:r>
              <w:t>Undergraduate teaching (Bachelor’s degree)</w:t>
            </w:r>
          </w:p>
        </w:tc>
        <w:tc>
          <w:tcPr>
            <w:tcW w:w="2376" w:type="dxa"/>
            <w:vAlign w:val="center"/>
          </w:tcPr>
          <w:p w14:paraId="37B91751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t>10</w:t>
            </w:r>
          </w:p>
        </w:tc>
        <w:tc>
          <w:tcPr>
            <w:tcW w:w="2232" w:type="dxa"/>
            <w:vAlign w:val="center"/>
          </w:tcPr>
          <w:p w14:paraId="52C05664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t>2000–2026</w:t>
            </w:r>
          </w:p>
        </w:tc>
      </w:tr>
      <w:tr w:rsidR="001C0C6C" w14:paraId="6A7B134B" w14:textId="77777777" w:rsidTr="00FB660E">
        <w:trPr>
          <w:cantSplit/>
          <w:jc w:val="center"/>
        </w:trPr>
        <w:tc>
          <w:tcPr>
            <w:tcW w:w="5760" w:type="dxa"/>
            <w:vAlign w:val="center"/>
          </w:tcPr>
          <w:p w14:paraId="39DFB700" w14:textId="77777777" w:rsidR="001C0C6C" w:rsidRDefault="00000000">
            <w:pPr>
              <w:keepLines/>
              <w:spacing w:after="0" w:line="247" w:lineRule="auto"/>
            </w:pPr>
            <w:r>
              <w:t>Postgraduate teaching (Higher Diploma)</w:t>
            </w:r>
          </w:p>
        </w:tc>
        <w:tc>
          <w:tcPr>
            <w:tcW w:w="2376" w:type="dxa"/>
            <w:vAlign w:val="center"/>
          </w:tcPr>
          <w:p w14:paraId="567C3FDC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t>—</w:t>
            </w:r>
          </w:p>
        </w:tc>
        <w:tc>
          <w:tcPr>
            <w:tcW w:w="2232" w:type="dxa"/>
            <w:vAlign w:val="center"/>
          </w:tcPr>
          <w:p w14:paraId="77AAB1FC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t>—</w:t>
            </w:r>
          </w:p>
        </w:tc>
      </w:tr>
      <w:tr w:rsidR="001C0C6C" w14:paraId="6F332632" w14:textId="77777777" w:rsidTr="00FB660E">
        <w:trPr>
          <w:cantSplit/>
          <w:jc w:val="center"/>
        </w:trPr>
        <w:tc>
          <w:tcPr>
            <w:tcW w:w="5760" w:type="dxa"/>
            <w:vAlign w:val="center"/>
          </w:tcPr>
          <w:p w14:paraId="0EA0231A" w14:textId="77777777" w:rsidR="001C0C6C" w:rsidRDefault="00000000">
            <w:pPr>
              <w:keepLines/>
              <w:spacing w:after="0" w:line="247" w:lineRule="auto"/>
            </w:pPr>
            <w:r>
              <w:t>Postgraduate teaching (Master’s degree)</w:t>
            </w:r>
          </w:p>
        </w:tc>
        <w:tc>
          <w:tcPr>
            <w:tcW w:w="2376" w:type="dxa"/>
            <w:vAlign w:val="center"/>
          </w:tcPr>
          <w:p w14:paraId="306F63C7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t>—</w:t>
            </w:r>
          </w:p>
        </w:tc>
        <w:tc>
          <w:tcPr>
            <w:tcW w:w="2232" w:type="dxa"/>
            <w:vAlign w:val="center"/>
          </w:tcPr>
          <w:p w14:paraId="3C53A023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t>—</w:t>
            </w:r>
          </w:p>
        </w:tc>
      </w:tr>
      <w:tr w:rsidR="001C0C6C" w14:paraId="43FEE91D" w14:textId="77777777" w:rsidTr="00FB660E">
        <w:trPr>
          <w:cantSplit/>
          <w:jc w:val="center"/>
        </w:trPr>
        <w:tc>
          <w:tcPr>
            <w:tcW w:w="5760" w:type="dxa"/>
            <w:vAlign w:val="center"/>
          </w:tcPr>
          <w:p w14:paraId="184D30F2" w14:textId="77777777" w:rsidR="001C0C6C" w:rsidRDefault="00000000">
            <w:pPr>
              <w:keepLines/>
              <w:spacing w:after="0" w:line="247" w:lineRule="auto"/>
            </w:pPr>
            <w:r>
              <w:t>Postgraduate teaching (Doctorate)</w:t>
            </w:r>
          </w:p>
        </w:tc>
        <w:tc>
          <w:tcPr>
            <w:tcW w:w="2376" w:type="dxa"/>
            <w:vAlign w:val="center"/>
          </w:tcPr>
          <w:p w14:paraId="645B733A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t>—</w:t>
            </w:r>
          </w:p>
        </w:tc>
        <w:tc>
          <w:tcPr>
            <w:tcW w:w="2232" w:type="dxa"/>
            <w:vAlign w:val="center"/>
          </w:tcPr>
          <w:p w14:paraId="23606492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t>—</w:t>
            </w:r>
          </w:p>
        </w:tc>
      </w:tr>
    </w:tbl>
    <w:p w14:paraId="2541E098" w14:textId="77777777" w:rsidR="001C0C6C" w:rsidRDefault="00000000">
      <w:pPr>
        <w:spacing w:before="120" w:after="100"/>
      </w:pPr>
      <w:r>
        <w:rPr>
          <w:b/>
        </w:rPr>
        <w:t>Total cumulative teaching experience: 26 years</w:t>
      </w:r>
    </w:p>
    <w:p w14:paraId="6B51DFA3" w14:textId="77777777" w:rsidR="001C0C6C" w:rsidRDefault="00000000">
      <w:pPr>
        <w:pStyle w:val="Heading1"/>
      </w:pPr>
      <w:r>
        <w:t>Recognition and Awards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5" w:type="dxa"/>
          <w:left w:w="105" w:type="dxa"/>
          <w:bottom w:w="65" w:type="dxa"/>
          <w:right w:w="105" w:type="dxa"/>
        </w:tblCellMar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1C0C6C" w14:paraId="41DCFE5F" w14:textId="77777777" w:rsidTr="00FB660E">
        <w:trPr>
          <w:cantSplit/>
          <w:tblHeader/>
          <w:jc w:val="center"/>
        </w:trPr>
        <w:tc>
          <w:tcPr>
            <w:tcW w:w="3456" w:type="dxa"/>
            <w:shd w:val="clear" w:color="auto" w:fill="E8EDF2"/>
            <w:vAlign w:val="center"/>
          </w:tcPr>
          <w:p w14:paraId="3EFD67CD" w14:textId="77777777" w:rsidR="001C0C6C" w:rsidRDefault="00000000">
            <w:pPr>
              <w:keepNext/>
              <w:keepLines/>
              <w:spacing w:after="0" w:line="247" w:lineRule="auto"/>
              <w:jc w:val="center"/>
            </w:pPr>
            <w:r>
              <w:rPr>
                <w:b/>
              </w:rPr>
              <w:t>Letters of appreciation</w:t>
            </w:r>
          </w:p>
        </w:tc>
        <w:tc>
          <w:tcPr>
            <w:tcW w:w="3456" w:type="dxa"/>
            <w:shd w:val="clear" w:color="auto" w:fill="E8EDF2"/>
            <w:vAlign w:val="center"/>
          </w:tcPr>
          <w:p w14:paraId="1A83F96B" w14:textId="77777777" w:rsidR="001C0C6C" w:rsidRDefault="00000000">
            <w:pPr>
              <w:keepNext/>
              <w:keepLines/>
              <w:spacing w:after="0" w:line="247" w:lineRule="auto"/>
              <w:jc w:val="center"/>
            </w:pPr>
            <w:r>
              <w:rPr>
                <w:b/>
              </w:rPr>
              <w:t>Certificates of appreciation</w:t>
            </w:r>
          </w:p>
        </w:tc>
        <w:tc>
          <w:tcPr>
            <w:tcW w:w="3456" w:type="dxa"/>
            <w:shd w:val="clear" w:color="auto" w:fill="E8EDF2"/>
            <w:vAlign w:val="center"/>
          </w:tcPr>
          <w:p w14:paraId="54043E75" w14:textId="77777777" w:rsidR="001C0C6C" w:rsidRDefault="00000000">
            <w:pPr>
              <w:keepNext/>
              <w:keepLines/>
              <w:spacing w:after="0" w:line="247" w:lineRule="auto"/>
              <w:jc w:val="center"/>
            </w:pPr>
            <w:r>
              <w:rPr>
                <w:b/>
              </w:rPr>
              <w:t>Academic awards</w:t>
            </w:r>
          </w:p>
        </w:tc>
      </w:tr>
      <w:tr w:rsidR="001C0C6C" w14:paraId="5AE0BD06" w14:textId="77777777" w:rsidTr="00FB660E">
        <w:trPr>
          <w:cantSplit/>
          <w:jc w:val="center"/>
        </w:trPr>
        <w:tc>
          <w:tcPr>
            <w:tcW w:w="3456" w:type="dxa"/>
            <w:vAlign w:val="center"/>
          </w:tcPr>
          <w:p w14:paraId="5617639E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t>6</w:t>
            </w:r>
          </w:p>
        </w:tc>
        <w:tc>
          <w:tcPr>
            <w:tcW w:w="3456" w:type="dxa"/>
            <w:vAlign w:val="center"/>
          </w:tcPr>
          <w:p w14:paraId="5A558DD2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t>2</w:t>
            </w:r>
          </w:p>
        </w:tc>
        <w:tc>
          <w:tcPr>
            <w:tcW w:w="3456" w:type="dxa"/>
            <w:vAlign w:val="center"/>
          </w:tcPr>
          <w:p w14:paraId="1F2EA0EF" w14:textId="77777777" w:rsidR="001C0C6C" w:rsidRDefault="00000000">
            <w:pPr>
              <w:keepLines/>
              <w:spacing w:after="0" w:line="247" w:lineRule="auto"/>
              <w:jc w:val="center"/>
            </w:pPr>
            <w:r>
              <w:t>2</w:t>
            </w:r>
          </w:p>
        </w:tc>
      </w:tr>
    </w:tbl>
    <w:p w14:paraId="7AC084F7" w14:textId="77777777" w:rsidR="001C0C6C" w:rsidRDefault="00000000">
      <w:pPr>
        <w:pStyle w:val="Heading1"/>
      </w:pPr>
      <w:r>
        <w:t>Promotion File Requirement</w:t>
      </w:r>
    </w:p>
    <w:p w14:paraId="46B9E640" w14:textId="77777777" w:rsidR="001C0C6C" w:rsidRDefault="00000000">
      <w:pPr>
        <w:spacing w:after="120"/>
      </w:pPr>
      <w:r>
        <w:t>A hard copy and an electronic PDF copy must be included in the academic promotion application file.</w:t>
      </w:r>
    </w:p>
    <w:p w14:paraId="64C2FC17" w14:textId="77777777" w:rsidR="001C0C6C" w:rsidRDefault="00000000">
      <w:pPr>
        <w:pStyle w:val="Heading1"/>
      </w:pPr>
      <w:r>
        <w:t>Declaration</w:t>
      </w:r>
    </w:p>
    <w:p w14:paraId="274DEC34" w14:textId="77777777" w:rsidR="001C0C6C" w:rsidRDefault="00000000">
      <w:pPr>
        <w:spacing w:after="200"/>
      </w:pPr>
      <w:r>
        <w:t>I declare that the information provided in this curriculum vitae is true and accurate. I accept legal responsibility for any inaccurate information and sign accordingly.</w:t>
      </w:r>
    </w:p>
    <w:p w14:paraId="736B454E" w14:textId="77777777" w:rsidR="001C0C6C" w:rsidRDefault="00000000">
      <w:pPr>
        <w:keepNext/>
        <w:spacing w:after="20"/>
      </w:pPr>
      <w:r>
        <w:t>Signature</w:t>
      </w:r>
    </w:p>
    <w:p w14:paraId="754EA6F0" w14:textId="77777777" w:rsidR="001C0C6C" w:rsidRDefault="00000000">
      <w:pPr>
        <w:keepNext/>
      </w:pPr>
      <w:r>
        <w:rPr>
          <w:noProof/>
        </w:rPr>
        <w:drawing>
          <wp:inline distT="0" distB="0" distL="0" distR="0" wp14:anchorId="7B506F41" wp14:editId="57C91AEE">
            <wp:extent cx="1600200" cy="962863"/>
            <wp:effectExtent l="0" t="0" r="0" b="0"/>
            <wp:docPr id="2" name="Picture 2" descr="Signature reproduced from the supplied Arabic curriculum vit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62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72AB7" w14:textId="77777777" w:rsidR="001C0C6C" w:rsidRDefault="00000000">
      <w:pPr>
        <w:spacing w:after="100"/>
      </w:pPr>
      <w:r>
        <w:t>Promotion applicant: Dr Majid Ahmed Mohamed Al-Anssari</w:t>
      </w:r>
    </w:p>
    <w:p w14:paraId="41DE8D1D" w14:textId="77777777" w:rsidR="001C0C6C" w:rsidRDefault="00000000">
      <w:pPr>
        <w:spacing w:after="100"/>
      </w:pPr>
      <w:r>
        <w:t>Department and college: Department of Accounting, College of Management and Economics</w:t>
      </w:r>
    </w:p>
    <w:p w14:paraId="11D87B30" w14:textId="77777777" w:rsidR="001C0C6C" w:rsidRDefault="00000000">
      <w:pPr>
        <w:spacing w:after="0"/>
      </w:pPr>
      <w:r>
        <w:t>Date: 1 November 2026</w:t>
      </w:r>
    </w:p>
    <w:sectPr w:rsidR="001C0C6C" w:rsidSect="00034616">
      <w:footerReference w:type="default" r:id="rId14"/>
      <w:pgSz w:w="12240" w:h="15840"/>
      <w:pgMar w:top="835" w:right="936" w:bottom="835" w:left="936" w:header="288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7B55E" w14:textId="77777777" w:rsidR="002C0DE6" w:rsidRDefault="002C0DE6">
      <w:pPr>
        <w:spacing w:after="0" w:line="240" w:lineRule="auto"/>
      </w:pPr>
      <w:r>
        <w:separator/>
      </w:r>
    </w:p>
  </w:endnote>
  <w:endnote w:type="continuationSeparator" w:id="0">
    <w:p w14:paraId="5CA33DDB" w14:textId="77777777" w:rsidR="002C0DE6" w:rsidRDefault="002C0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79508" w14:textId="77777777" w:rsidR="001C0C6C" w:rsidRDefault="00000000">
    <w:pPr>
      <w:pStyle w:val="Footer"/>
      <w:jc w:val="right"/>
    </w:pPr>
    <w:r>
      <w:rPr>
        <w:sz w:val="18"/>
      </w:rPr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rPr>
        <w:sz w:val="18"/>
      </w:rPr>
      <w:t xml:space="preserve"> of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1D95F" w14:textId="77777777" w:rsidR="002C0DE6" w:rsidRDefault="002C0DE6">
      <w:pPr>
        <w:spacing w:after="0" w:line="240" w:lineRule="auto"/>
      </w:pPr>
      <w:r>
        <w:separator/>
      </w:r>
    </w:p>
  </w:footnote>
  <w:footnote w:type="continuationSeparator" w:id="0">
    <w:p w14:paraId="350C0CB9" w14:textId="77777777" w:rsidR="002C0DE6" w:rsidRDefault="002C0D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7102064">
    <w:abstractNumId w:val="8"/>
  </w:num>
  <w:num w:numId="2" w16cid:durableId="1939479474">
    <w:abstractNumId w:val="6"/>
  </w:num>
  <w:num w:numId="3" w16cid:durableId="2123722892">
    <w:abstractNumId w:val="5"/>
  </w:num>
  <w:num w:numId="4" w16cid:durableId="524054352">
    <w:abstractNumId w:val="4"/>
  </w:num>
  <w:num w:numId="5" w16cid:durableId="1248491749">
    <w:abstractNumId w:val="7"/>
  </w:num>
  <w:num w:numId="6" w16cid:durableId="852306243">
    <w:abstractNumId w:val="3"/>
  </w:num>
  <w:num w:numId="7" w16cid:durableId="670917172">
    <w:abstractNumId w:val="2"/>
  </w:num>
  <w:num w:numId="8" w16cid:durableId="1847479790">
    <w:abstractNumId w:val="1"/>
  </w:num>
  <w:num w:numId="9" w16cid:durableId="504705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0C6C"/>
    <w:rsid w:val="0029639D"/>
    <w:rsid w:val="002C0DE6"/>
    <w:rsid w:val="00326F90"/>
    <w:rsid w:val="00A21097"/>
    <w:rsid w:val="00AA1D8D"/>
    <w:rsid w:val="00B47730"/>
    <w:rsid w:val="00CB0664"/>
    <w:rsid w:val="00FB66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4A6C2C"/>
  <w14:defaultImageDpi w14:val="300"/>
  <w15:docId w15:val="{93F7762F-A52B-4EA2-927F-0194E70D2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4" w:lineRule="auto"/>
    </w:pPr>
    <w:rPr>
      <w:rFonts w:ascii="Arial" w:eastAsia="Arial" w:hAnsi="Arial" w:cs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240" w:lineRule="auto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a-uc.edu.iq/en/staff/58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jid.ahmed.mohmmed@sa-uc.edu.iq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ajid59@sa-uc.edu.iq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jidalanssari59@g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Curriculum Vitae of Dr Majid Ahmed Mohamed Al-Anssari</dc:title>
  <dc:subject>English academic curriculum vitae for Shatt Al-Arab University</dc:subject>
  <dc:creator>Dr Majid Ahmed Mohamed Al-Anssari</dc:creator>
  <cp:keywords>Academic CV, Accounting, Shatt Al-Arab University</cp:keywords>
  <dc:description/>
  <cp:lastModifiedBy>Dr.Majed</cp:lastModifiedBy>
  <cp:revision>2</cp:revision>
  <dcterms:created xsi:type="dcterms:W3CDTF">2013-12-23T23:15:00Z</dcterms:created>
  <dcterms:modified xsi:type="dcterms:W3CDTF">2026-11-01T18:36:00Z</dcterms:modified>
  <cp:category/>
  <dc:language>en-GB</dc:language>
</cp:coreProperties>
</file>