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1437B" w14:textId="77777777" w:rsidR="00311CF4" w:rsidRDefault="00000000">
      <w:pPr>
        <w:pStyle w:val="Title"/>
      </w:pPr>
      <w:r>
        <w:rPr>
          <w:rFonts w:ascii="Arial" w:eastAsia="Arial" w:hAnsi="Arial" w:cs="Arial"/>
          <w:rtl/>
        </w:rPr>
        <w:t>السيرة الذاتية الأكاديمية</w:t>
      </w:r>
      <w:r>
        <w:rPr>
          <w:noProof/>
        </w:rPr>
        <w:drawing>
          <wp:anchor distT="0" distB="0" distL="0" distR="120000" simplePos="0" relativeHeight="251658240" behindDoc="0" locked="0" layoutInCell="1" allowOverlap="0" wp14:anchorId="059A770A" wp14:editId="11D569C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024128" cy="1020645"/>
            <wp:effectExtent l="0" t="0" r="0" b="0"/>
            <wp:wrapNone/>
            <wp:docPr id="1" name="Picture 1" descr="الصورة الشخصية للدكتور ماجد أحمد محمد الأنصار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20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6A870" w14:textId="77777777" w:rsidR="00311CF4" w:rsidRDefault="00000000">
      <w:pPr>
        <w:spacing w:after="100"/>
      </w:pPr>
      <w:r>
        <w:rPr>
          <w:b/>
          <w:bCs/>
          <w:sz w:val="36"/>
          <w:szCs w:val="36"/>
          <w:rtl/>
        </w:rPr>
        <w:t>الدكتور ماجد أحمد محمد الأنصاري</w:t>
      </w:r>
    </w:p>
    <w:p w14:paraId="4688B9F6" w14:textId="77777777" w:rsidR="00311CF4" w:rsidRDefault="00000000">
      <w:pPr>
        <w:spacing w:after="60"/>
      </w:pPr>
      <w:r>
        <w:rPr>
          <w:b/>
          <w:bCs/>
          <w:sz w:val="26"/>
          <w:szCs w:val="26"/>
          <w:rtl/>
        </w:rPr>
        <w:t>مدرس في المحاسبة</w:t>
      </w:r>
    </w:p>
    <w:p w14:paraId="0652F427" w14:textId="77777777" w:rsidR="00311CF4" w:rsidRDefault="00000000">
      <w:pPr>
        <w:spacing w:after="40"/>
      </w:pPr>
      <w:r>
        <w:rPr>
          <w:rtl/>
        </w:rPr>
        <w:t>قسم المحاسبة</w:t>
      </w:r>
    </w:p>
    <w:p w14:paraId="376D3138" w14:textId="77777777" w:rsidR="00311CF4" w:rsidRDefault="00000000">
      <w:pPr>
        <w:spacing w:after="40"/>
      </w:pPr>
      <w:r>
        <w:rPr>
          <w:rtl/>
        </w:rPr>
        <w:t>كلية الإدارة والاقتصاد</w:t>
      </w:r>
    </w:p>
    <w:p w14:paraId="7305FBE5" w14:textId="77777777" w:rsidR="00311CF4" w:rsidRDefault="00000000">
      <w:pPr>
        <w:spacing w:after="140"/>
      </w:pPr>
      <w:r>
        <w:rPr>
          <w:rtl/>
        </w:rPr>
        <w:t>جامعة شط العرب</w:t>
      </w:r>
    </w:p>
    <w:p w14:paraId="479D7621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المعلومات الشخصية وبيانات التواصل</w:t>
      </w:r>
    </w:p>
    <w:tbl>
      <w:tblPr>
        <w:bidiVisual/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995"/>
        <w:gridCol w:w="7038"/>
      </w:tblGrid>
      <w:tr w:rsidR="00311CF4" w:rsidRPr="00A22296" w14:paraId="70848DB9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7EC9A63A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الاسم باللغة الإنجليزية</w:t>
            </w:r>
          </w:p>
        </w:tc>
        <w:tc>
          <w:tcPr>
            <w:tcW w:w="7038" w:type="dxa"/>
            <w:vAlign w:val="center"/>
          </w:tcPr>
          <w:p w14:paraId="18FB01E6" w14:textId="77777777" w:rsidR="00311CF4" w:rsidRPr="00A22296" w:rsidRDefault="00000000">
            <w:pPr>
              <w:keepLines/>
              <w:bidi w:val="0"/>
              <w:spacing w:after="0" w:line="252" w:lineRule="auto"/>
              <w:rPr>
                <w:lang w:val="en-US"/>
              </w:rPr>
            </w:pPr>
            <w:r>
              <w:rPr>
                <w:sz w:val="23"/>
                <w:szCs w:val="23"/>
                <w:lang w:val="en-GB"/>
              </w:rPr>
              <w:t>Majid Ahmed Mohamed Al-</w:t>
            </w:r>
            <w:proofErr w:type="spellStart"/>
            <w:r>
              <w:rPr>
                <w:sz w:val="23"/>
                <w:szCs w:val="23"/>
                <w:lang w:val="en-GB"/>
              </w:rPr>
              <w:t>Anssari</w:t>
            </w:r>
            <w:proofErr w:type="spellEnd"/>
          </w:p>
        </w:tc>
      </w:tr>
      <w:tr w:rsidR="00311CF4" w14:paraId="0C4FB2E9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283DE2C0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تاريخ الميلاد</w:t>
            </w:r>
          </w:p>
        </w:tc>
        <w:tc>
          <w:tcPr>
            <w:tcW w:w="7038" w:type="dxa"/>
            <w:vAlign w:val="center"/>
          </w:tcPr>
          <w:p w14:paraId="6930B2FE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7 شباط 1959</w:t>
            </w:r>
          </w:p>
        </w:tc>
      </w:tr>
      <w:tr w:rsidR="00311CF4" w14:paraId="7ADD8B80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688F590D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محل الولادة</w:t>
            </w:r>
          </w:p>
        </w:tc>
        <w:tc>
          <w:tcPr>
            <w:tcW w:w="7038" w:type="dxa"/>
            <w:vAlign w:val="center"/>
          </w:tcPr>
          <w:p w14:paraId="5E5841B4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البصرة</w:t>
            </w:r>
          </w:p>
        </w:tc>
      </w:tr>
      <w:tr w:rsidR="00311CF4" w14:paraId="31574E4D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203DAA08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الجنسية</w:t>
            </w:r>
          </w:p>
        </w:tc>
        <w:tc>
          <w:tcPr>
            <w:tcW w:w="7038" w:type="dxa"/>
            <w:vAlign w:val="center"/>
          </w:tcPr>
          <w:p w14:paraId="78B0CA8C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عراقي</w:t>
            </w:r>
          </w:p>
        </w:tc>
      </w:tr>
      <w:tr w:rsidR="00311CF4" w14:paraId="5499A8E6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7D63BA1C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الحالة الزوجية</w:t>
            </w:r>
          </w:p>
        </w:tc>
        <w:tc>
          <w:tcPr>
            <w:tcW w:w="7038" w:type="dxa"/>
            <w:vAlign w:val="center"/>
          </w:tcPr>
          <w:p w14:paraId="75E7B1B7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متزوج</w:t>
            </w:r>
          </w:p>
        </w:tc>
      </w:tr>
      <w:tr w:rsidR="00311CF4" w14:paraId="60FBD07D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25F15D4B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عدد الأبناء</w:t>
            </w:r>
          </w:p>
        </w:tc>
        <w:tc>
          <w:tcPr>
            <w:tcW w:w="7038" w:type="dxa"/>
            <w:vAlign w:val="center"/>
          </w:tcPr>
          <w:p w14:paraId="3794C2A4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ثلاثة أولاد</w:t>
            </w:r>
          </w:p>
        </w:tc>
      </w:tr>
      <w:tr w:rsidR="00311CF4" w14:paraId="57DD7AA4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377A2D1E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عنوان الإقامة</w:t>
            </w:r>
          </w:p>
        </w:tc>
        <w:tc>
          <w:tcPr>
            <w:tcW w:w="7038" w:type="dxa"/>
            <w:vAlign w:val="center"/>
          </w:tcPr>
          <w:p w14:paraId="6521AC57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البصرة، مناوي باشا، الكورنيش</w:t>
            </w:r>
          </w:p>
        </w:tc>
      </w:tr>
      <w:tr w:rsidR="00311CF4" w14:paraId="303CE26F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66B6DB23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البريد الإلكتروني الشخصي</w:t>
            </w:r>
          </w:p>
        </w:tc>
        <w:tc>
          <w:tcPr>
            <w:tcW w:w="7038" w:type="dxa"/>
            <w:vAlign w:val="center"/>
          </w:tcPr>
          <w:p w14:paraId="1001CDB2" w14:textId="77777777" w:rsidR="00311CF4" w:rsidRDefault="00000000">
            <w:pPr>
              <w:keepLines/>
              <w:bidi w:val="0"/>
              <w:spacing w:after="0" w:line="252" w:lineRule="auto"/>
            </w:pPr>
            <w:hyperlink r:id="rId9">
              <w:r>
                <w:rPr>
                  <w:sz w:val="23"/>
                  <w:szCs w:val="23"/>
                  <w:u w:val="single"/>
                </w:rPr>
                <w:t>majidalanssari59@gmail.com</w:t>
              </w:r>
            </w:hyperlink>
          </w:p>
        </w:tc>
      </w:tr>
      <w:tr w:rsidR="00311CF4" w14:paraId="12A47273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2AC77BB7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البريد الجامعي</w:t>
            </w:r>
          </w:p>
        </w:tc>
        <w:tc>
          <w:tcPr>
            <w:tcW w:w="7038" w:type="dxa"/>
            <w:vAlign w:val="center"/>
          </w:tcPr>
          <w:p w14:paraId="41E1E895" w14:textId="77777777" w:rsidR="00311CF4" w:rsidRDefault="00000000">
            <w:pPr>
              <w:keepLines/>
              <w:bidi w:val="0"/>
              <w:spacing w:after="0" w:line="252" w:lineRule="auto"/>
            </w:pPr>
            <w:hyperlink r:id="rId10">
              <w:r>
                <w:rPr>
                  <w:sz w:val="23"/>
                  <w:szCs w:val="23"/>
                  <w:u w:val="single"/>
                </w:rPr>
                <w:t>majid59@sa-uc.edu.iq</w:t>
              </w:r>
            </w:hyperlink>
          </w:p>
        </w:tc>
      </w:tr>
      <w:tr w:rsidR="00311CF4" w14:paraId="6FF28FE9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49C762D8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البريد الجامعي الإضافي</w:t>
            </w:r>
          </w:p>
        </w:tc>
        <w:tc>
          <w:tcPr>
            <w:tcW w:w="7038" w:type="dxa"/>
            <w:vAlign w:val="center"/>
          </w:tcPr>
          <w:p w14:paraId="0127D3BC" w14:textId="77777777" w:rsidR="00311CF4" w:rsidRDefault="00000000">
            <w:pPr>
              <w:keepLines/>
              <w:bidi w:val="0"/>
              <w:spacing w:after="0" w:line="252" w:lineRule="auto"/>
            </w:pPr>
            <w:hyperlink r:id="rId11">
              <w:r>
                <w:rPr>
                  <w:sz w:val="23"/>
                  <w:szCs w:val="23"/>
                  <w:u w:val="single"/>
                </w:rPr>
                <w:t>majid.ahmed.mohmmed@sa-uc.edu.iq</w:t>
              </w:r>
            </w:hyperlink>
          </w:p>
        </w:tc>
      </w:tr>
      <w:tr w:rsidR="00311CF4" w14:paraId="707F7249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4787DBD3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الصفحة الجامعية الرسمية</w:t>
            </w:r>
          </w:p>
        </w:tc>
        <w:tc>
          <w:tcPr>
            <w:tcW w:w="7038" w:type="dxa"/>
            <w:vAlign w:val="center"/>
          </w:tcPr>
          <w:p w14:paraId="42090E89" w14:textId="77777777" w:rsidR="00311CF4" w:rsidRDefault="00000000">
            <w:pPr>
              <w:keepLines/>
              <w:bidi w:val="0"/>
              <w:spacing w:after="0" w:line="252" w:lineRule="auto"/>
            </w:pPr>
            <w:hyperlink r:id="rId12">
              <w:r>
                <w:rPr>
                  <w:sz w:val="23"/>
                  <w:szCs w:val="23"/>
                  <w:u w:val="single"/>
                </w:rPr>
                <w:t>https://sa-uc.edu.iq/ar/staff/58</w:t>
              </w:r>
            </w:hyperlink>
          </w:p>
        </w:tc>
      </w:tr>
    </w:tbl>
    <w:p w14:paraId="64505686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البيانات الأكاديمية والتخصص</w:t>
      </w:r>
    </w:p>
    <w:tbl>
      <w:tblPr>
        <w:bidiVisual/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995"/>
        <w:gridCol w:w="7038"/>
      </w:tblGrid>
      <w:tr w:rsidR="00311CF4" w14:paraId="3AAF67E6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79144431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المرتبة العلمية الحالية</w:t>
            </w:r>
          </w:p>
        </w:tc>
        <w:tc>
          <w:tcPr>
            <w:tcW w:w="7038" w:type="dxa"/>
            <w:vAlign w:val="center"/>
          </w:tcPr>
          <w:p w14:paraId="19891320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مدرس</w:t>
            </w:r>
          </w:p>
        </w:tc>
      </w:tr>
      <w:tr w:rsidR="00311CF4" w14:paraId="31F40F0D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7631C203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التخصص العام</w:t>
            </w:r>
          </w:p>
        </w:tc>
        <w:tc>
          <w:tcPr>
            <w:tcW w:w="7038" w:type="dxa"/>
            <w:vAlign w:val="center"/>
          </w:tcPr>
          <w:p w14:paraId="6DECD6A9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محاسبة</w:t>
            </w:r>
          </w:p>
        </w:tc>
      </w:tr>
      <w:tr w:rsidR="00311CF4" w14:paraId="28EFDE96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7AF230B9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التخصص الدقيق</w:t>
            </w:r>
          </w:p>
        </w:tc>
        <w:tc>
          <w:tcPr>
            <w:tcW w:w="7038" w:type="dxa"/>
            <w:vAlign w:val="center"/>
          </w:tcPr>
          <w:p w14:paraId="38442297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محاسبة مالية</w:t>
            </w:r>
          </w:p>
        </w:tc>
      </w:tr>
      <w:tr w:rsidR="00311CF4" w14:paraId="5B16CDD7" w14:textId="77777777">
        <w:trPr>
          <w:cantSplit/>
          <w:jc w:val="center"/>
        </w:trPr>
        <w:tc>
          <w:tcPr>
            <w:tcW w:w="2995" w:type="dxa"/>
            <w:shd w:val="clear" w:color="auto" w:fill="F5F6F7"/>
            <w:vAlign w:val="center"/>
          </w:tcPr>
          <w:p w14:paraId="153AF145" w14:textId="77777777" w:rsidR="00311CF4" w:rsidRDefault="00000000">
            <w:pPr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أمر التعيين في الجامعة</w:t>
            </w:r>
          </w:p>
        </w:tc>
        <w:tc>
          <w:tcPr>
            <w:tcW w:w="7038" w:type="dxa"/>
            <w:vAlign w:val="center"/>
          </w:tcPr>
          <w:p w14:paraId="11469034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العدد 927 بتاريخ 1 تشرين الأول 2018</w:t>
            </w:r>
          </w:p>
        </w:tc>
      </w:tr>
    </w:tbl>
    <w:p w14:paraId="14E39EBA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المؤشرات البحثية</w:t>
      </w:r>
    </w:p>
    <w:tbl>
      <w:tblPr>
        <w:bidiVisual/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3344"/>
        <w:gridCol w:w="3344"/>
        <w:gridCol w:w="3344"/>
      </w:tblGrid>
      <w:tr w:rsidR="00311CF4" w14:paraId="1821158E" w14:textId="77777777">
        <w:trPr>
          <w:cantSplit/>
          <w:tblHeader/>
          <w:jc w:val="center"/>
        </w:trPr>
        <w:tc>
          <w:tcPr>
            <w:tcW w:w="3344" w:type="dxa"/>
            <w:shd w:val="clear" w:color="auto" w:fill="E8EDF2"/>
            <w:vAlign w:val="center"/>
          </w:tcPr>
          <w:p w14:paraId="7B4D1571" w14:textId="77777777" w:rsidR="00311CF4" w:rsidRDefault="00000000">
            <w:pPr>
              <w:keepNext/>
              <w:keepLines/>
              <w:bidi w:val="0"/>
              <w:spacing w:after="0" w:line="252" w:lineRule="auto"/>
              <w:jc w:val="center"/>
            </w:pPr>
            <w:r>
              <w:rPr>
                <w:b/>
                <w:bCs/>
                <w:sz w:val="23"/>
                <w:szCs w:val="23"/>
                <w:lang w:val="en-GB"/>
              </w:rPr>
              <w:t>Google Scholar</w:t>
            </w:r>
            <w:r>
              <w:rPr>
                <w:b/>
                <w:bCs/>
                <w:sz w:val="23"/>
                <w:szCs w:val="23"/>
                <w:lang w:val="en-GB"/>
              </w:rPr>
              <w:br/>
              <w:t>h-index</w:t>
            </w:r>
          </w:p>
        </w:tc>
        <w:tc>
          <w:tcPr>
            <w:tcW w:w="3344" w:type="dxa"/>
            <w:shd w:val="clear" w:color="auto" w:fill="E8EDF2"/>
            <w:vAlign w:val="center"/>
          </w:tcPr>
          <w:p w14:paraId="573C8204" w14:textId="77777777" w:rsidR="00311CF4" w:rsidRDefault="00000000">
            <w:pPr>
              <w:keepNext/>
              <w:keepLines/>
              <w:bidi w:val="0"/>
              <w:spacing w:after="0" w:line="252" w:lineRule="auto"/>
              <w:jc w:val="center"/>
            </w:pPr>
            <w:r>
              <w:rPr>
                <w:b/>
                <w:bCs/>
                <w:sz w:val="23"/>
                <w:szCs w:val="23"/>
                <w:lang w:val="en-GB"/>
              </w:rPr>
              <w:t>ResearchGate</w:t>
            </w:r>
            <w:r>
              <w:rPr>
                <w:b/>
                <w:bCs/>
                <w:sz w:val="23"/>
                <w:szCs w:val="23"/>
                <w:lang w:val="en-GB"/>
              </w:rPr>
              <w:br/>
              <w:t>h-index</w:t>
            </w:r>
          </w:p>
        </w:tc>
        <w:tc>
          <w:tcPr>
            <w:tcW w:w="3344" w:type="dxa"/>
            <w:shd w:val="clear" w:color="auto" w:fill="E8EDF2"/>
            <w:vAlign w:val="center"/>
          </w:tcPr>
          <w:p w14:paraId="4754B7EF" w14:textId="77777777" w:rsidR="00311CF4" w:rsidRDefault="00000000">
            <w:pPr>
              <w:keepNext/>
              <w:keepLines/>
              <w:bidi w:val="0"/>
              <w:spacing w:after="0" w:line="252" w:lineRule="auto"/>
              <w:jc w:val="center"/>
            </w:pPr>
            <w:r>
              <w:rPr>
                <w:b/>
                <w:bCs/>
                <w:sz w:val="23"/>
                <w:szCs w:val="23"/>
                <w:lang w:val="en-GB"/>
              </w:rPr>
              <w:t>Scopus</w:t>
            </w:r>
            <w:r>
              <w:rPr>
                <w:b/>
                <w:bCs/>
                <w:sz w:val="23"/>
                <w:szCs w:val="23"/>
                <w:lang w:val="en-GB"/>
              </w:rPr>
              <w:br/>
              <w:t>h-index</w:t>
            </w:r>
          </w:p>
        </w:tc>
      </w:tr>
      <w:tr w:rsidR="00311CF4" w14:paraId="12B69428" w14:textId="77777777">
        <w:trPr>
          <w:cantSplit/>
          <w:jc w:val="center"/>
        </w:trPr>
        <w:tc>
          <w:tcPr>
            <w:tcW w:w="3344" w:type="dxa"/>
            <w:vAlign w:val="center"/>
          </w:tcPr>
          <w:p w14:paraId="4844B83C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6</w:t>
            </w:r>
          </w:p>
        </w:tc>
        <w:tc>
          <w:tcPr>
            <w:tcW w:w="3344" w:type="dxa"/>
            <w:vAlign w:val="center"/>
          </w:tcPr>
          <w:p w14:paraId="0F5CB2DC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5</w:t>
            </w:r>
          </w:p>
        </w:tc>
        <w:tc>
          <w:tcPr>
            <w:tcW w:w="3344" w:type="dxa"/>
            <w:vAlign w:val="center"/>
          </w:tcPr>
          <w:p w14:paraId="72466C53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3</w:t>
            </w:r>
          </w:p>
        </w:tc>
      </w:tr>
    </w:tbl>
    <w:p w14:paraId="015E7A82" w14:textId="77777777" w:rsidR="00311CF4" w:rsidRDefault="00000000">
      <w:r>
        <w:br w:type="page"/>
      </w:r>
    </w:p>
    <w:p w14:paraId="208E74A4" w14:textId="77777777" w:rsidR="00311CF4" w:rsidRDefault="00000000">
      <w:pPr>
        <w:pStyle w:val="Heading1"/>
        <w:spacing w:before="0"/>
      </w:pPr>
      <w:r>
        <w:rPr>
          <w:rFonts w:ascii="Arial" w:eastAsia="Arial" w:hAnsi="Arial" w:cs="Arial"/>
          <w:rtl/>
        </w:rPr>
        <w:lastRenderedPageBreak/>
        <w:t>المؤهلات العلمية</w:t>
      </w:r>
    </w:p>
    <w:p w14:paraId="141D7FE3" w14:textId="77777777" w:rsidR="00311CF4" w:rsidRDefault="00000000">
      <w:pPr>
        <w:keepNext/>
        <w:spacing w:after="40"/>
      </w:pPr>
      <w:r>
        <w:rPr>
          <w:b/>
          <w:bCs/>
          <w:rtl/>
        </w:rPr>
        <w:t>البكالوريوس 1983</w:t>
      </w:r>
    </w:p>
    <w:p w14:paraId="4ABFF14E" w14:textId="77777777" w:rsidR="00311CF4" w:rsidRDefault="00000000">
      <w:pPr>
        <w:spacing w:after="60"/>
      </w:pPr>
      <w:r>
        <w:rPr>
          <w:rtl/>
        </w:rPr>
        <w:t>كلية الإدارة والاقتصاد، جامعة البصرة، العراق</w:t>
      </w:r>
    </w:p>
    <w:p w14:paraId="40992A9F" w14:textId="77777777" w:rsidR="00311CF4" w:rsidRDefault="00000000">
      <w:pPr>
        <w:keepNext/>
        <w:spacing w:after="40"/>
      </w:pPr>
      <w:r>
        <w:rPr>
          <w:b/>
          <w:bCs/>
          <w:rtl/>
        </w:rPr>
        <w:t>الماجستير 1999</w:t>
      </w:r>
    </w:p>
    <w:p w14:paraId="4F04D97F" w14:textId="77777777" w:rsidR="00311CF4" w:rsidRDefault="00000000">
      <w:pPr>
        <w:keepNext/>
        <w:spacing w:after="60"/>
      </w:pPr>
      <w:r>
        <w:rPr>
          <w:rtl/>
        </w:rPr>
        <w:t>كلية الإدارة والاقتصاد، جامعة البصرة، العراق</w:t>
      </w:r>
    </w:p>
    <w:p w14:paraId="0818BEC6" w14:textId="77777777" w:rsidR="00311CF4" w:rsidRDefault="00000000">
      <w:pPr>
        <w:keepLines/>
        <w:spacing w:after="120"/>
      </w:pPr>
      <w:r>
        <w:rPr>
          <w:b/>
          <w:bCs/>
          <w:rtl/>
        </w:rPr>
        <w:t xml:space="preserve">عنوان رسالة الماجستير: </w:t>
      </w:r>
      <w:r>
        <w:rPr>
          <w:rtl/>
        </w:rPr>
        <w:t>مبررات التحفظ من وجهتي نظر المحاسب والمدقق: دراسة تجريبية في قطاع التشييد العراقي</w:t>
      </w:r>
    </w:p>
    <w:p w14:paraId="385B590B" w14:textId="77777777" w:rsidR="00311CF4" w:rsidRDefault="00000000">
      <w:pPr>
        <w:keepNext/>
        <w:spacing w:after="40"/>
      </w:pPr>
      <w:r>
        <w:rPr>
          <w:b/>
          <w:bCs/>
          <w:rtl/>
        </w:rPr>
        <w:t>الدكتوراه 2024</w:t>
      </w:r>
    </w:p>
    <w:p w14:paraId="2373CDCB" w14:textId="77777777" w:rsidR="00311CF4" w:rsidRDefault="00000000">
      <w:pPr>
        <w:keepNext/>
        <w:spacing w:after="60"/>
      </w:pPr>
      <w:r>
        <w:rPr>
          <w:rtl/>
        </w:rPr>
        <w:t>كلية الإدارة والاقتصاد، جامعة البصرة، العراق</w:t>
      </w:r>
    </w:p>
    <w:p w14:paraId="2CAAB392" w14:textId="77777777" w:rsidR="00311CF4" w:rsidRDefault="00000000">
      <w:pPr>
        <w:keepLines/>
        <w:spacing w:after="120"/>
      </w:pPr>
      <w:r>
        <w:rPr>
          <w:b/>
          <w:bCs/>
          <w:rtl/>
        </w:rPr>
        <w:t xml:space="preserve">عنوان أطروحة الدكتوراه: </w:t>
      </w:r>
      <w:r>
        <w:rPr>
          <w:rtl/>
        </w:rPr>
        <w:t>تأثير معايير الإبلاغ المالي الدولية والعوامل المؤسساتية على التحفظ المشروط في ظل النظرية المؤسساتية: دراسة في عينة من الشركات غير المالية في دول مختارة (الإمارات، السعودية، مصر)</w:t>
      </w:r>
    </w:p>
    <w:p w14:paraId="2BB7C52D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المراتب العلمية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880"/>
        <w:gridCol w:w="2261"/>
        <w:gridCol w:w="4893"/>
      </w:tblGrid>
      <w:tr w:rsidR="00311CF4" w14:paraId="28A022A0" w14:textId="77777777" w:rsidTr="00A22296">
        <w:trPr>
          <w:cantSplit/>
          <w:tblHeader/>
          <w:jc w:val="center"/>
        </w:trPr>
        <w:tc>
          <w:tcPr>
            <w:tcW w:w="2880" w:type="dxa"/>
            <w:shd w:val="clear" w:color="auto" w:fill="E8EDF2"/>
            <w:vAlign w:val="center"/>
          </w:tcPr>
          <w:p w14:paraId="441420B8" w14:textId="77777777" w:rsidR="00311CF4" w:rsidRDefault="00000000">
            <w:pPr>
              <w:keepNext/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المرتبة العلمية</w:t>
            </w:r>
          </w:p>
        </w:tc>
        <w:tc>
          <w:tcPr>
            <w:tcW w:w="2261" w:type="dxa"/>
            <w:shd w:val="clear" w:color="auto" w:fill="E8EDF2"/>
            <w:vAlign w:val="center"/>
          </w:tcPr>
          <w:p w14:paraId="533816B9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سنة الحصول عليها</w:t>
            </w:r>
          </w:p>
        </w:tc>
        <w:tc>
          <w:tcPr>
            <w:tcW w:w="4893" w:type="dxa"/>
            <w:shd w:val="clear" w:color="auto" w:fill="E8EDF2"/>
            <w:vAlign w:val="center"/>
          </w:tcPr>
          <w:p w14:paraId="29CC95EB" w14:textId="77777777" w:rsidR="00311CF4" w:rsidRDefault="00000000">
            <w:pPr>
              <w:keepNext/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الجهة المانحة</w:t>
            </w:r>
          </w:p>
        </w:tc>
      </w:tr>
      <w:tr w:rsidR="00311CF4" w14:paraId="4E620A08" w14:textId="77777777" w:rsidTr="00A22296">
        <w:trPr>
          <w:cantSplit/>
          <w:jc w:val="center"/>
        </w:trPr>
        <w:tc>
          <w:tcPr>
            <w:tcW w:w="2880" w:type="dxa"/>
            <w:vAlign w:val="center"/>
          </w:tcPr>
          <w:p w14:paraId="225D2E31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مدرس مساعد</w:t>
            </w:r>
          </w:p>
        </w:tc>
        <w:tc>
          <w:tcPr>
            <w:tcW w:w="2261" w:type="dxa"/>
            <w:vAlign w:val="center"/>
          </w:tcPr>
          <w:p w14:paraId="6BC1CE03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1999</w:t>
            </w:r>
          </w:p>
        </w:tc>
        <w:tc>
          <w:tcPr>
            <w:tcW w:w="4893" w:type="dxa"/>
            <w:vAlign w:val="center"/>
          </w:tcPr>
          <w:p w14:paraId="05093C7C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جامعة البصرة</w:t>
            </w:r>
          </w:p>
        </w:tc>
      </w:tr>
      <w:tr w:rsidR="00311CF4" w14:paraId="58733270" w14:textId="77777777" w:rsidTr="00A22296">
        <w:trPr>
          <w:cantSplit/>
          <w:jc w:val="center"/>
        </w:trPr>
        <w:tc>
          <w:tcPr>
            <w:tcW w:w="2880" w:type="dxa"/>
            <w:vAlign w:val="center"/>
          </w:tcPr>
          <w:p w14:paraId="2227BC76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مدرس</w:t>
            </w:r>
          </w:p>
        </w:tc>
        <w:tc>
          <w:tcPr>
            <w:tcW w:w="2261" w:type="dxa"/>
            <w:vAlign w:val="center"/>
          </w:tcPr>
          <w:p w14:paraId="6975AF64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2023</w:t>
            </w:r>
          </w:p>
        </w:tc>
        <w:tc>
          <w:tcPr>
            <w:tcW w:w="4893" w:type="dxa"/>
            <w:vAlign w:val="center"/>
          </w:tcPr>
          <w:p w14:paraId="62D675D4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جامعة شط العرب</w:t>
            </w:r>
          </w:p>
        </w:tc>
      </w:tr>
      <w:tr w:rsidR="00311CF4" w14:paraId="04D31101" w14:textId="77777777" w:rsidTr="00A22296">
        <w:trPr>
          <w:cantSplit/>
          <w:jc w:val="center"/>
        </w:trPr>
        <w:tc>
          <w:tcPr>
            <w:tcW w:w="2880" w:type="dxa"/>
            <w:vAlign w:val="center"/>
          </w:tcPr>
          <w:p w14:paraId="5662C628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أستاذ مساعد</w:t>
            </w:r>
          </w:p>
        </w:tc>
        <w:tc>
          <w:tcPr>
            <w:tcW w:w="2261" w:type="dxa"/>
            <w:vAlign w:val="center"/>
          </w:tcPr>
          <w:p w14:paraId="2658D3B6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  <w:tc>
          <w:tcPr>
            <w:tcW w:w="4893" w:type="dxa"/>
            <w:vAlign w:val="center"/>
          </w:tcPr>
          <w:p w14:paraId="38BEA52A" w14:textId="77777777" w:rsidR="00311CF4" w:rsidRDefault="00000000">
            <w:pPr>
              <w:keepLines/>
              <w:bidi w:val="0"/>
              <w:spacing w:after="0" w:line="252" w:lineRule="auto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</w:tr>
      <w:tr w:rsidR="00311CF4" w14:paraId="63743304" w14:textId="77777777" w:rsidTr="00A22296">
        <w:trPr>
          <w:cantSplit/>
          <w:jc w:val="center"/>
        </w:trPr>
        <w:tc>
          <w:tcPr>
            <w:tcW w:w="2880" w:type="dxa"/>
            <w:vAlign w:val="center"/>
          </w:tcPr>
          <w:p w14:paraId="3040178D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أستاذ</w:t>
            </w:r>
          </w:p>
        </w:tc>
        <w:tc>
          <w:tcPr>
            <w:tcW w:w="2261" w:type="dxa"/>
            <w:vAlign w:val="center"/>
          </w:tcPr>
          <w:p w14:paraId="25D43AF1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  <w:tc>
          <w:tcPr>
            <w:tcW w:w="4893" w:type="dxa"/>
            <w:vAlign w:val="center"/>
          </w:tcPr>
          <w:p w14:paraId="59E5E44D" w14:textId="77777777" w:rsidR="00311CF4" w:rsidRDefault="00000000">
            <w:pPr>
              <w:keepLines/>
              <w:bidi w:val="0"/>
              <w:spacing w:after="0" w:line="252" w:lineRule="auto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</w:tr>
    </w:tbl>
    <w:p w14:paraId="7BD60082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المناصب الإدارية</w:t>
      </w:r>
    </w:p>
    <w:tbl>
      <w:tblPr>
        <w:bidiVisual/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6577"/>
        <w:gridCol w:w="1728"/>
        <w:gridCol w:w="1728"/>
      </w:tblGrid>
      <w:tr w:rsidR="00311CF4" w14:paraId="5D061072" w14:textId="77777777">
        <w:trPr>
          <w:cantSplit/>
          <w:tblHeader/>
          <w:jc w:val="center"/>
        </w:trPr>
        <w:tc>
          <w:tcPr>
            <w:tcW w:w="6577" w:type="dxa"/>
            <w:shd w:val="clear" w:color="auto" w:fill="E8EDF2"/>
            <w:vAlign w:val="center"/>
          </w:tcPr>
          <w:p w14:paraId="5BDE762F" w14:textId="77777777" w:rsidR="00311CF4" w:rsidRDefault="00000000">
            <w:pPr>
              <w:keepNext/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عنوان المنصب</w:t>
            </w:r>
          </w:p>
        </w:tc>
        <w:tc>
          <w:tcPr>
            <w:tcW w:w="1728" w:type="dxa"/>
            <w:shd w:val="clear" w:color="auto" w:fill="E8EDF2"/>
            <w:vAlign w:val="center"/>
          </w:tcPr>
          <w:p w14:paraId="0068C5C4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من</w:t>
            </w:r>
          </w:p>
        </w:tc>
        <w:tc>
          <w:tcPr>
            <w:tcW w:w="1728" w:type="dxa"/>
            <w:shd w:val="clear" w:color="auto" w:fill="E8EDF2"/>
            <w:vAlign w:val="center"/>
          </w:tcPr>
          <w:p w14:paraId="4E7797C4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إلى</w:t>
            </w:r>
          </w:p>
        </w:tc>
      </w:tr>
      <w:tr w:rsidR="00311CF4" w14:paraId="4E4EDDE6" w14:textId="77777777">
        <w:trPr>
          <w:cantSplit/>
          <w:jc w:val="center"/>
        </w:trPr>
        <w:tc>
          <w:tcPr>
            <w:tcW w:w="6577" w:type="dxa"/>
            <w:vAlign w:val="center"/>
          </w:tcPr>
          <w:p w14:paraId="4CB1D043" w14:textId="77777777" w:rsidR="00311CF4" w:rsidRDefault="00311CF4">
            <w:pPr>
              <w:keepLines/>
              <w:spacing w:after="0" w:line="252" w:lineRule="auto"/>
            </w:pPr>
          </w:p>
        </w:tc>
        <w:tc>
          <w:tcPr>
            <w:tcW w:w="1728" w:type="dxa"/>
            <w:vAlign w:val="center"/>
          </w:tcPr>
          <w:p w14:paraId="5C8F74ED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  <w:tc>
          <w:tcPr>
            <w:tcW w:w="1728" w:type="dxa"/>
            <w:vAlign w:val="center"/>
          </w:tcPr>
          <w:p w14:paraId="06859918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</w:tr>
    </w:tbl>
    <w:p w14:paraId="42A39287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المناصب واللجان العلمية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6577"/>
        <w:gridCol w:w="1728"/>
        <w:gridCol w:w="1728"/>
      </w:tblGrid>
      <w:tr w:rsidR="00311CF4" w14:paraId="1A2BA86A" w14:textId="77777777" w:rsidTr="00A22296">
        <w:trPr>
          <w:cantSplit/>
          <w:tblHeader/>
          <w:jc w:val="center"/>
        </w:trPr>
        <w:tc>
          <w:tcPr>
            <w:tcW w:w="6577" w:type="dxa"/>
            <w:shd w:val="clear" w:color="auto" w:fill="E8EDF2"/>
            <w:vAlign w:val="center"/>
          </w:tcPr>
          <w:p w14:paraId="183913F2" w14:textId="77777777" w:rsidR="00311CF4" w:rsidRDefault="00000000">
            <w:pPr>
              <w:keepNext/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عنوان المنصب</w:t>
            </w:r>
          </w:p>
        </w:tc>
        <w:tc>
          <w:tcPr>
            <w:tcW w:w="1728" w:type="dxa"/>
            <w:shd w:val="clear" w:color="auto" w:fill="E8EDF2"/>
            <w:vAlign w:val="center"/>
          </w:tcPr>
          <w:p w14:paraId="60BEE8A7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من</w:t>
            </w:r>
          </w:p>
        </w:tc>
        <w:tc>
          <w:tcPr>
            <w:tcW w:w="1728" w:type="dxa"/>
            <w:shd w:val="clear" w:color="auto" w:fill="E8EDF2"/>
            <w:vAlign w:val="center"/>
          </w:tcPr>
          <w:p w14:paraId="16F04249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إلى</w:t>
            </w:r>
          </w:p>
        </w:tc>
      </w:tr>
      <w:tr w:rsidR="00311CF4" w14:paraId="4B36D52C" w14:textId="77777777" w:rsidTr="00A22296">
        <w:trPr>
          <w:cantSplit/>
          <w:jc w:val="center"/>
        </w:trPr>
        <w:tc>
          <w:tcPr>
            <w:tcW w:w="6577" w:type="dxa"/>
            <w:vAlign w:val="center"/>
          </w:tcPr>
          <w:p w14:paraId="17E89F56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عضو اللجنة العلمية في قسم المحاسبة</w:t>
            </w:r>
          </w:p>
        </w:tc>
        <w:tc>
          <w:tcPr>
            <w:tcW w:w="1728" w:type="dxa"/>
            <w:vAlign w:val="center"/>
          </w:tcPr>
          <w:p w14:paraId="52355BE4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2024</w:t>
            </w:r>
          </w:p>
        </w:tc>
        <w:tc>
          <w:tcPr>
            <w:tcW w:w="1728" w:type="dxa"/>
            <w:vAlign w:val="center"/>
          </w:tcPr>
          <w:p w14:paraId="641315C3" w14:textId="77777777" w:rsidR="00311CF4" w:rsidRDefault="00000000">
            <w:pPr>
              <w:keepLines/>
              <w:spacing w:after="0" w:line="252" w:lineRule="auto"/>
              <w:jc w:val="center"/>
            </w:pPr>
            <w:r>
              <w:rPr>
                <w:sz w:val="24"/>
                <w:szCs w:val="24"/>
                <w:rtl/>
              </w:rPr>
              <w:t>حتى الآن</w:t>
            </w:r>
          </w:p>
        </w:tc>
      </w:tr>
    </w:tbl>
    <w:p w14:paraId="119CD214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النشاطات العلمية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7945"/>
        <w:gridCol w:w="2088"/>
      </w:tblGrid>
      <w:tr w:rsidR="00311CF4" w14:paraId="39E00FB2" w14:textId="77777777" w:rsidTr="00A22296">
        <w:trPr>
          <w:cantSplit/>
          <w:tblHeader/>
          <w:jc w:val="center"/>
        </w:trPr>
        <w:tc>
          <w:tcPr>
            <w:tcW w:w="7945" w:type="dxa"/>
            <w:shd w:val="clear" w:color="auto" w:fill="E8EDF2"/>
            <w:vAlign w:val="center"/>
          </w:tcPr>
          <w:p w14:paraId="4833FB9E" w14:textId="77777777" w:rsidR="00311CF4" w:rsidRDefault="00000000">
            <w:pPr>
              <w:keepNext/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نوع النشاط</w:t>
            </w:r>
          </w:p>
        </w:tc>
        <w:tc>
          <w:tcPr>
            <w:tcW w:w="2088" w:type="dxa"/>
            <w:shd w:val="clear" w:color="auto" w:fill="E8EDF2"/>
            <w:vAlign w:val="center"/>
          </w:tcPr>
          <w:p w14:paraId="0D48B8A3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العدد</w:t>
            </w:r>
          </w:p>
        </w:tc>
      </w:tr>
      <w:tr w:rsidR="00311CF4" w14:paraId="2C3E8D4F" w14:textId="77777777" w:rsidTr="00A22296">
        <w:trPr>
          <w:cantSplit/>
          <w:jc w:val="center"/>
        </w:trPr>
        <w:tc>
          <w:tcPr>
            <w:tcW w:w="7945" w:type="dxa"/>
            <w:vAlign w:val="center"/>
          </w:tcPr>
          <w:p w14:paraId="63C6E845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الكتب المؤلفة</w:t>
            </w:r>
          </w:p>
        </w:tc>
        <w:tc>
          <w:tcPr>
            <w:tcW w:w="2088" w:type="dxa"/>
            <w:vAlign w:val="center"/>
          </w:tcPr>
          <w:p w14:paraId="60C97947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</w:tr>
      <w:tr w:rsidR="00311CF4" w14:paraId="26999107" w14:textId="77777777" w:rsidTr="00A22296">
        <w:trPr>
          <w:cantSplit/>
          <w:jc w:val="center"/>
        </w:trPr>
        <w:tc>
          <w:tcPr>
            <w:tcW w:w="7945" w:type="dxa"/>
            <w:vAlign w:val="center"/>
          </w:tcPr>
          <w:p w14:paraId="76BFD47B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البحوث المنشورة في المجلات المفهرسة ضمن المستوعبات العالمية</w:t>
            </w:r>
          </w:p>
        </w:tc>
        <w:tc>
          <w:tcPr>
            <w:tcW w:w="2088" w:type="dxa"/>
            <w:vAlign w:val="center"/>
          </w:tcPr>
          <w:p w14:paraId="38476925" w14:textId="3685DBFD" w:rsidR="00311CF4" w:rsidRDefault="00A22296">
            <w:pPr>
              <w:keepLines/>
              <w:spacing w:after="0" w:line="252" w:lineRule="auto"/>
              <w:jc w:val="center"/>
            </w:pPr>
            <w:r>
              <w:rPr>
                <w:rFonts w:hint="cs"/>
                <w:sz w:val="24"/>
                <w:szCs w:val="24"/>
                <w:rtl/>
              </w:rPr>
              <w:t>10</w:t>
            </w:r>
            <w:r w:rsidR="00000000">
              <w:rPr>
                <w:sz w:val="24"/>
                <w:szCs w:val="24"/>
                <w:rtl/>
              </w:rPr>
              <w:t xml:space="preserve"> (سكوبس)</w:t>
            </w:r>
          </w:p>
        </w:tc>
      </w:tr>
      <w:tr w:rsidR="00311CF4" w14:paraId="0D616155" w14:textId="77777777" w:rsidTr="00A22296">
        <w:trPr>
          <w:cantSplit/>
          <w:jc w:val="center"/>
        </w:trPr>
        <w:tc>
          <w:tcPr>
            <w:tcW w:w="7945" w:type="dxa"/>
            <w:vAlign w:val="center"/>
          </w:tcPr>
          <w:p w14:paraId="6C5D7230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البحوث المنشورة في المجلات العربية والمحلية</w:t>
            </w:r>
          </w:p>
        </w:tc>
        <w:tc>
          <w:tcPr>
            <w:tcW w:w="2088" w:type="dxa"/>
            <w:vAlign w:val="center"/>
          </w:tcPr>
          <w:p w14:paraId="57F28190" w14:textId="77777777" w:rsidR="00311CF4" w:rsidRDefault="00000000">
            <w:pPr>
              <w:keepLines/>
              <w:spacing w:after="0" w:line="252" w:lineRule="auto"/>
              <w:jc w:val="center"/>
            </w:pPr>
            <w:r>
              <w:rPr>
                <w:sz w:val="24"/>
                <w:szCs w:val="24"/>
                <w:rtl/>
              </w:rPr>
              <w:t>2 (محلية)</w:t>
            </w:r>
          </w:p>
        </w:tc>
      </w:tr>
      <w:tr w:rsidR="00311CF4" w14:paraId="312BE775" w14:textId="77777777" w:rsidTr="00A22296">
        <w:trPr>
          <w:cantSplit/>
          <w:jc w:val="center"/>
        </w:trPr>
        <w:tc>
          <w:tcPr>
            <w:tcW w:w="7945" w:type="dxa"/>
            <w:vAlign w:val="center"/>
          </w:tcPr>
          <w:p w14:paraId="6BDFC28F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المقالات</w:t>
            </w:r>
          </w:p>
        </w:tc>
        <w:tc>
          <w:tcPr>
            <w:tcW w:w="2088" w:type="dxa"/>
            <w:vAlign w:val="center"/>
          </w:tcPr>
          <w:p w14:paraId="0237C923" w14:textId="77777777" w:rsidR="00311CF4" w:rsidRDefault="00000000">
            <w:pPr>
              <w:keepLines/>
              <w:spacing w:after="0" w:line="252" w:lineRule="auto"/>
              <w:jc w:val="center"/>
            </w:pPr>
            <w:r>
              <w:rPr>
                <w:sz w:val="24"/>
                <w:szCs w:val="24"/>
                <w:rtl/>
              </w:rPr>
              <w:t>12 (دولية)</w:t>
            </w:r>
          </w:p>
        </w:tc>
      </w:tr>
      <w:tr w:rsidR="00311CF4" w14:paraId="7D63056B" w14:textId="77777777" w:rsidTr="00A22296">
        <w:trPr>
          <w:cantSplit/>
          <w:jc w:val="center"/>
        </w:trPr>
        <w:tc>
          <w:tcPr>
            <w:tcW w:w="7945" w:type="dxa"/>
            <w:vAlign w:val="center"/>
          </w:tcPr>
          <w:p w14:paraId="7C5B3FA1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المشاركة في الورش والندوات العلمية</w:t>
            </w:r>
          </w:p>
        </w:tc>
        <w:tc>
          <w:tcPr>
            <w:tcW w:w="2088" w:type="dxa"/>
            <w:vAlign w:val="center"/>
          </w:tcPr>
          <w:p w14:paraId="53A5094F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2</w:t>
            </w:r>
          </w:p>
        </w:tc>
      </w:tr>
      <w:tr w:rsidR="00311CF4" w14:paraId="2CE60206" w14:textId="77777777" w:rsidTr="00A22296">
        <w:trPr>
          <w:cantSplit/>
          <w:jc w:val="center"/>
        </w:trPr>
        <w:tc>
          <w:tcPr>
            <w:tcW w:w="7945" w:type="dxa"/>
            <w:vAlign w:val="center"/>
          </w:tcPr>
          <w:p w14:paraId="5AD3E563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المشاركة في المؤتمرات العلمية المحلية</w:t>
            </w:r>
          </w:p>
        </w:tc>
        <w:tc>
          <w:tcPr>
            <w:tcW w:w="2088" w:type="dxa"/>
            <w:vAlign w:val="center"/>
          </w:tcPr>
          <w:p w14:paraId="0E13E933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3</w:t>
            </w:r>
          </w:p>
        </w:tc>
      </w:tr>
      <w:tr w:rsidR="00311CF4" w14:paraId="551FF234" w14:textId="77777777" w:rsidTr="00A22296">
        <w:trPr>
          <w:cantSplit/>
          <w:jc w:val="center"/>
        </w:trPr>
        <w:tc>
          <w:tcPr>
            <w:tcW w:w="7945" w:type="dxa"/>
            <w:vAlign w:val="center"/>
          </w:tcPr>
          <w:p w14:paraId="0EE87860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المشاركة في المؤتمرات العلمية الدولية</w:t>
            </w:r>
          </w:p>
        </w:tc>
        <w:tc>
          <w:tcPr>
            <w:tcW w:w="2088" w:type="dxa"/>
            <w:vAlign w:val="center"/>
          </w:tcPr>
          <w:p w14:paraId="075EA656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1</w:t>
            </w:r>
          </w:p>
        </w:tc>
      </w:tr>
    </w:tbl>
    <w:p w14:paraId="459BA13D" w14:textId="77777777" w:rsidR="00311CF4" w:rsidRDefault="00000000">
      <w:r>
        <w:br w:type="page"/>
      </w:r>
    </w:p>
    <w:p w14:paraId="7E856DA9" w14:textId="77777777" w:rsidR="00311CF4" w:rsidRDefault="00000000">
      <w:pPr>
        <w:pStyle w:val="Heading1"/>
        <w:spacing w:before="0"/>
      </w:pPr>
      <w:r>
        <w:rPr>
          <w:rFonts w:ascii="Arial" w:eastAsia="Arial" w:hAnsi="Arial" w:cs="Arial"/>
          <w:rtl/>
        </w:rPr>
        <w:lastRenderedPageBreak/>
        <w:t>الإشراف على الدراسات العليا ومناقشة الرسائل والأطاريح</w:t>
      </w:r>
    </w:p>
    <w:tbl>
      <w:tblPr>
        <w:bidiVisual/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448"/>
        <w:gridCol w:w="3787"/>
        <w:gridCol w:w="3798"/>
      </w:tblGrid>
      <w:tr w:rsidR="00311CF4" w14:paraId="63F4FA04" w14:textId="77777777">
        <w:trPr>
          <w:cantSplit/>
          <w:tblHeader/>
          <w:jc w:val="center"/>
        </w:trPr>
        <w:tc>
          <w:tcPr>
            <w:tcW w:w="2448" w:type="dxa"/>
            <w:shd w:val="clear" w:color="auto" w:fill="E8EDF2"/>
            <w:vAlign w:val="center"/>
          </w:tcPr>
          <w:p w14:paraId="5FCCD7B1" w14:textId="77777777" w:rsidR="00311CF4" w:rsidRDefault="00000000">
            <w:pPr>
              <w:keepNext/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المرحلة</w:t>
            </w:r>
          </w:p>
        </w:tc>
        <w:tc>
          <w:tcPr>
            <w:tcW w:w="3787" w:type="dxa"/>
            <w:shd w:val="clear" w:color="auto" w:fill="E8EDF2"/>
            <w:vAlign w:val="center"/>
          </w:tcPr>
          <w:p w14:paraId="507B7F56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عدد الطلبة المشرف عليهم</w:t>
            </w:r>
          </w:p>
        </w:tc>
        <w:tc>
          <w:tcPr>
            <w:tcW w:w="3798" w:type="dxa"/>
            <w:shd w:val="clear" w:color="auto" w:fill="E8EDF2"/>
            <w:vAlign w:val="center"/>
          </w:tcPr>
          <w:p w14:paraId="2CD0DE82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عدد الرسائل والأطاريح المناقشة</w:t>
            </w:r>
          </w:p>
        </w:tc>
      </w:tr>
      <w:tr w:rsidR="00311CF4" w14:paraId="722D5768" w14:textId="77777777">
        <w:trPr>
          <w:cantSplit/>
          <w:jc w:val="center"/>
        </w:trPr>
        <w:tc>
          <w:tcPr>
            <w:tcW w:w="2448" w:type="dxa"/>
            <w:vAlign w:val="center"/>
          </w:tcPr>
          <w:p w14:paraId="48284EA8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الدبلوم</w:t>
            </w:r>
          </w:p>
        </w:tc>
        <w:tc>
          <w:tcPr>
            <w:tcW w:w="3787" w:type="dxa"/>
            <w:vAlign w:val="center"/>
          </w:tcPr>
          <w:p w14:paraId="4D5E6FC0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  <w:tc>
          <w:tcPr>
            <w:tcW w:w="3798" w:type="dxa"/>
            <w:vAlign w:val="center"/>
          </w:tcPr>
          <w:p w14:paraId="3AF20818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</w:tr>
      <w:tr w:rsidR="00311CF4" w14:paraId="01C770F3" w14:textId="77777777">
        <w:trPr>
          <w:cantSplit/>
          <w:jc w:val="center"/>
        </w:trPr>
        <w:tc>
          <w:tcPr>
            <w:tcW w:w="2448" w:type="dxa"/>
            <w:vAlign w:val="center"/>
          </w:tcPr>
          <w:p w14:paraId="507F370D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الماجستير</w:t>
            </w:r>
          </w:p>
        </w:tc>
        <w:tc>
          <w:tcPr>
            <w:tcW w:w="3787" w:type="dxa"/>
            <w:vAlign w:val="center"/>
          </w:tcPr>
          <w:p w14:paraId="3B6FDABE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  <w:tc>
          <w:tcPr>
            <w:tcW w:w="3798" w:type="dxa"/>
            <w:vAlign w:val="center"/>
          </w:tcPr>
          <w:p w14:paraId="4D278FE0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</w:tr>
      <w:tr w:rsidR="00311CF4" w14:paraId="51E52538" w14:textId="77777777">
        <w:trPr>
          <w:cantSplit/>
          <w:jc w:val="center"/>
        </w:trPr>
        <w:tc>
          <w:tcPr>
            <w:tcW w:w="2448" w:type="dxa"/>
            <w:vAlign w:val="center"/>
          </w:tcPr>
          <w:p w14:paraId="5B44D552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الدكتوراه</w:t>
            </w:r>
          </w:p>
        </w:tc>
        <w:tc>
          <w:tcPr>
            <w:tcW w:w="3787" w:type="dxa"/>
            <w:vAlign w:val="center"/>
          </w:tcPr>
          <w:p w14:paraId="7AB889B9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  <w:tc>
          <w:tcPr>
            <w:tcW w:w="3798" w:type="dxa"/>
            <w:vAlign w:val="center"/>
          </w:tcPr>
          <w:p w14:paraId="1488745F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</w:tr>
      <w:tr w:rsidR="00311CF4" w14:paraId="5205EA1E" w14:textId="77777777">
        <w:trPr>
          <w:cantSplit/>
          <w:jc w:val="center"/>
        </w:trPr>
        <w:tc>
          <w:tcPr>
            <w:tcW w:w="2448" w:type="dxa"/>
            <w:vAlign w:val="center"/>
          </w:tcPr>
          <w:p w14:paraId="5ED1C4D6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الإجمالي</w:t>
            </w:r>
          </w:p>
        </w:tc>
        <w:tc>
          <w:tcPr>
            <w:tcW w:w="3787" w:type="dxa"/>
            <w:vAlign w:val="center"/>
          </w:tcPr>
          <w:p w14:paraId="30792A5F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  <w:tc>
          <w:tcPr>
            <w:tcW w:w="3798" w:type="dxa"/>
            <w:vAlign w:val="center"/>
          </w:tcPr>
          <w:p w14:paraId="335B562E" w14:textId="77777777" w:rsidR="00311CF4" w:rsidRDefault="00311CF4">
            <w:pPr>
              <w:keepLines/>
              <w:spacing w:after="0" w:line="252" w:lineRule="auto"/>
              <w:jc w:val="center"/>
            </w:pPr>
          </w:p>
        </w:tc>
      </w:tr>
    </w:tbl>
    <w:p w14:paraId="47F35EB5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الخبرة التدريسية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6433"/>
        <w:gridCol w:w="1656"/>
        <w:gridCol w:w="1944"/>
      </w:tblGrid>
      <w:tr w:rsidR="00311CF4" w14:paraId="14F0048F" w14:textId="77777777" w:rsidTr="00A22296">
        <w:trPr>
          <w:cantSplit/>
          <w:tblHeader/>
          <w:jc w:val="center"/>
        </w:trPr>
        <w:tc>
          <w:tcPr>
            <w:tcW w:w="6433" w:type="dxa"/>
            <w:shd w:val="clear" w:color="auto" w:fill="E8EDF2"/>
            <w:vAlign w:val="center"/>
          </w:tcPr>
          <w:p w14:paraId="5E852F7A" w14:textId="77777777" w:rsidR="00311CF4" w:rsidRDefault="00000000">
            <w:pPr>
              <w:keepNext/>
              <w:keepLines/>
              <w:spacing w:after="0" w:line="252" w:lineRule="auto"/>
            </w:pPr>
            <w:r>
              <w:rPr>
                <w:b/>
                <w:bCs/>
                <w:sz w:val="24"/>
                <w:szCs w:val="24"/>
                <w:rtl/>
              </w:rPr>
              <w:t>المرحلة الدراسية</w:t>
            </w:r>
          </w:p>
        </w:tc>
        <w:tc>
          <w:tcPr>
            <w:tcW w:w="1656" w:type="dxa"/>
            <w:shd w:val="clear" w:color="auto" w:fill="E8EDF2"/>
            <w:vAlign w:val="center"/>
          </w:tcPr>
          <w:p w14:paraId="367B4079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عدد المواد</w:t>
            </w:r>
          </w:p>
        </w:tc>
        <w:tc>
          <w:tcPr>
            <w:tcW w:w="1944" w:type="dxa"/>
            <w:shd w:val="clear" w:color="auto" w:fill="E8EDF2"/>
            <w:vAlign w:val="center"/>
          </w:tcPr>
          <w:p w14:paraId="3165440A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المدة</w:t>
            </w:r>
          </w:p>
        </w:tc>
      </w:tr>
      <w:tr w:rsidR="00311CF4" w14:paraId="7C96E092" w14:textId="77777777" w:rsidTr="00A22296">
        <w:trPr>
          <w:cantSplit/>
          <w:jc w:val="center"/>
        </w:trPr>
        <w:tc>
          <w:tcPr>
            <w:tcW w:w="6433" w:type="dxa"/>
            <w:vAlign w:val="center"/>
          </w:tcPr>
          <w:p w14:paraId="56EB9C04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تدريس الدراسات الأولية (البكالوريوس)</w:t>
            </w:r>
          </w:p>
        </w:tc>
        <w:tc>
          <w:tcPr>
            <w:tcW w:w="1656" w:type="dxa"/>
            <w:vAlign w:val="center"/>
          </w:tcPr>
          <w:p w14:paraId="27CD3CE4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10</w:t>
            </w:r>
          </w:p>
        </w:tc>
        <w:tc>
          <w:tcPr>
            <w:tcW w:w="1944" w:type="dxa"/>
            <w:vAlign w:val="center"/>
          </w:tcPr>
          <w:p w14:paraId="07A5BED7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2000–2026</w:t>
            </w:r>
          </w:p>
        </w:tc>
      </w:tr>
      <w:tr w:rsidR="00311CF4" w14:paraId="1589EDA0" w14:textId="77777777" w:rsidTr="00A22296">
        <w:trPr>
          <w:cantSplit/>
          <w:jc w:val="center"/>
        </w:trPr>
        <w:tc>
          <w:tcPr>
            <w:tcW w:w="6433" w:type="dxa"/>
            <w:vAlign w:val="center"/>
          </w:tcPr>
          <w:p w14:paraId="43323028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تدريس الدراسات العليا (الدبلوم العالي)</w:t>
            </w:r>
          </w:p>
        </w:tc>
        <w:tc>
          <w:tcPr>
            <w:tcW w:w="1656" w:type="dxa"/>
            <w:vAlign w:val="center"/>
          </w:tcPr>
          <w:p w14:paraId="776E56C1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  <w:tc>
          <w:tcPr>
            <w:tcW w:w="1944" w:type="dxa"/>
            <w:vAlign w:val="center"/>
          </w:tcPr>
          <w:p w14:paraId="5F031D5A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</w:tr>
      <w:tr w:rsidR="00311CF4" w14:paraId="1A9215EB" w14:textId="77777777" w:rsidTr="00A22296">
        <w:trPr>
          <w:cantSplit/>
          <w:jc w:val="center"/>
        </w:trPr>
        <w:tc>
          <w:tcPr>
            <w:tcW w:w="6433" w:type="dxa"/>
            <w:vAlign w:val="center"/>
          </w:tcPr>
          <w:p w14:paraId="676DC420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تدريس الدراسات العليا (الماجستير)</w:t>
            </w:r>
          </w:p>
        </w:tc>
        <w:tc>
          <w:tcPr>
            <w:tcW w:w="1656" w:type="dxa"/>
            <w:vAlign w:val="center"/>
          </w:tcPr>
          <w:p w14:paraId="7909F7E2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  <w:tc>
          <w:tcPr>
            <w:tcW w:w="1944" w:type="dxa"/>
            <w:vAlign w:val="center"/>
          </w:tcPr>
          <w:p w14:paraId="0E778766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</w:tr>
      <w:tr w:rsidR="00311CF4" w14:paraId="00389387" w14:textId="77777777" w:rsidTr="00A22296">
        <w:trPr>
          <w:cantSplit/>
          <w:jc w:val="center"/>
        </w:trPr>
        <w:tc>
          <w:tcPr>
            <w:tcW w:w="6433" w:type="dxa"/>
            <w:vAlign w:val="center"/>
          </w:tcPr>
          <w:p w14:paraId="715FA53F" w14:textId="77777777" w:rsidR="00311CF4" w:rsidRDefault="00000000">
            <w:pPr>
              <w:keepLines/>
              <w:spacing w:after="0" w:line="252" w:lineRule="auto"/>
            </w:pPr>
            <w:r>
              <w:rPr>
                <w:sz w:val="24"/>
                <w:szCs w:val="24"/>
                <w:rtl/>
              </w:rPr>
              <w:t>تدريس الدراسات العليا (الدكتوراه)</w:t>
            </w:r>
          </w:p>
        </w:tc>
        <w:tc>
          <w:tcPr>
            <w:tcW w:w="1656" w:type="dxa"/>
            <w:vAlign w:val="center"/>
          </w:tcPr>
          <w:p w14:paraId="7D5349A9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  <w:tc>
          <w:tcPr>
            <w:tcW w:w="1944" w:type="dxa"/>
            <w:vAlign w:val="center"/>
          </w:tcPr>
          <w:p w14:paraId="7F3DC842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—</w:t>
            </w:r>
          </w:p>
        </w:tc>
      </w:tr>
    </w:tbl>
    <w:p w14:paraId="158045C9" w14:textId="77777777" w:rsidR="00311CF4" w:rsidRDefault="00000000">
      <w:pPr>
        <w:spacing w:before="120" w:after="100"/>
      </w:pPr>
      <w:r>
        <w:rPr>
          <w:b/>
          <w:bCs/>
          <w:rtl/>
        </w:rPr>
        <w:t>إجمالي الخبرة التدريسية التراكمية: 26 سنة</w:t>
      </w:r>
    </w:p>
    <w:p w14:paraId="7501FC25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التشكرات والشهادات التقديرية والجوائز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3344"/>
        <w:gridCol w:w="3344"/>
        <w:gridCol w:w="3344"/>
      </w:tblGrid>
      <w:tr w:rsidR="00311CF4" w14:paraId="79769822" w14:textId="77777777" w:rsidTr="00A22296">
        <w:trPr>
          <w:cantSplit/>
          <w:tblHeader/>
          <w:jc w:val="center"/>
        </w:trPr>
        <w:tc>
          <w:tcPr>
            <w:tcW w:w="3344" w:type="dxa"/>
            <w:shd w:val="clear" w:color="auto" w:fill="E8EDF2"/>
            <w:vAlign w:val="center"/>
          </w:tcPr>
          <w:p w14:paraId="683314A0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كتب الشكر</w:t>
            </w:r>
          </w:p>
        </w:tc>
        <w:tc>
          <w:tcPr>
            <w:tcW w:w="3344" w:type="dxa"/>
            <w:shd w:val="clear" w:color="auto" w:fill="E8EDF2"/>
            <w:vAlign w:val="center"/>
          </w:tcPr>
          <w:p w14:paraId="0AAB33D7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الشهادات التقديرية</w:t>
            </w:r>
          </w:p>
        </w:tc>
        <w:tc>
          <w:tcPr>
            <w:tcW w:w="3344" w:type="dxa"/>
            <w:shd w:val="clear" w:color="auto" w:fill="E8EDF2"/>
            <w:vAlign w:val="center"/>
          </w:tcPr>
          <w:p w14:paraId="64F0804B" w14:textId="77777777" w:rsidR="00311CF4" w:rsidRDefault="00000000">
            <w:pPr>
              <w:keepNext/>
              <w:keepLines/>
              <w:spacing w:after="0" w:line="252" w:lineRule="auto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الجوائز العلمية</w:t>
            </w:r>
          </w:p>
        </w:tc>
      </w:tr>
      <w:tr w:rsidR="00311CF4" w14:paraId="5B7B48F9" w14:textId="77777777" w:rsidTr="00A22296">
        <w:trPr>
          <w:cantSplit/>
          <w:jc w:val="center"/>
        </w:trPr>
        <w:tc>
          <w:tcPr>
            <w:tcW w:w="3344" w:type="dxa"/>
            <w:vAlign w:val="center"/>
          </w:tcPr>
          <w:p w14:paraId="55B736DA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6</w:t>
            </w:r>
          </w:p>
        </w:tc>
        <w:tc>
          <w:tcPr>
            <w:tcW w:w="3344" w:type="dxa"/>
            <w:vAlign w:val="center"/>
          </w:tcPr>
          <w:p w14:paraId="70C0359D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2</w:t>
            </w:r>
          </w:p>
        </w:tc>
        <w:tc>
          <w:tcPr>
            <w:tcW w:w="3344" w:type="dxa"/>
            <w:vAlign w:val="center"/>
          </w:tcPr>
          <w:p w14:paraId="18D5C1DF" w14:textId="77777777" w:rsidR="00311CF4" w:rsidRDefault="00000000">
            <w:pPr>
              <w:keepLines/>
              <w:bidi w:val="0"/>
              <w:spacing w:after="0" w:line="252" w:lineRule="auto"/>
              <w:jc w:val="center"/>
            </w:pPr>
            <w:r>
              <w:rPr>
                <w:sz w:val="23"/>
                <w:szCs w:val="23"/>
                <w:lang w:val="en-GB"/>
              </w:rPr>
              <w:t>2</w:t>
            </w:r>
          </w:p>
        </w:tc>
      </w:tr>
    </w:tbl>
    <w:p w14:paraId="23AB64CE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متطلبات ملف الترقية</w:t>
      </w:r>
    </w:p>
    <w:p w14:paraId="0146FF58" w14:textId="77777777" w:rsidR="00311CF4" w:rsidRDefault="00000000">
      <w:pPr>
        <w:spacing w:after="120"/>
      </w:pPr>
      <w:r>
        <w:rPr>
          <w:rtl/>
        </w:rPr>
        <w:t>تُرفق نسخة ورقية ونسخة إلكترونية بصيغة PDF بملف معاملة الترقية العلمية.</w:t>
      </w:r>
    </w:p>
    <w:p w14:paraId="1BBE718B" w14:textId="77777777" w:rsidR="00311CF4" w:rsidRDefault="00000000">
      <w:pPr>
        <w:pStyle w:val="Heading1"/>
      </w:pPr>
      <w:r>
        <w:rPr>
          <w:rFonts w:ascii="Arial" w:eastAsia="Arial" w:hAnsi="Arial" w:cs="Arial"/>
          <w:rtl/>
        </w:rPr>
        <w:t>الإقرار بصحة المعلومات</w:t>
      </w:r>
    </w:p>
    <w:p w14:paraId="7416992B" w14:textId="77777777" w:rsidR="00311CF4" w:rsidRDefault="00000000">
      <w:pPr>
        <w:spacing w:after="200"/>
      </w:pPr>
      <w:r>
        <w:rPr>
          <w:rtl/>
        </w:rPr>
        <w:t>أتعهد بصحة ودقة المعلومات المدرجة في هذه السيرة الذاتية، وأتحمل المسؤولية القانونية إذا ثبت خلاف ذلك، وعليه وقّعت.</w:t>
      </w:r>
    </w:p>
    <w:p w14:paraId="21FEEA64" w14:textId="77777777" w:rsidR="00311CF4" w:rsidRDefault="00000000">
      <w:pPr>
        <w:keepNext/>
        <w:spacing w:after="20"/>
      </w:pPr>
      <w:r>
        <w:rPr>
          <w:rtl/>
        </w:rPr>
        <w:t>التوقيع</w:t>
      </w:r>
    </w:p>
    <w:p w14:paraId="4B72BF71" w14:textId="77777777" w:rsidR="00311CF4" w:rsidRDefault="00000000">
      <w:pPr>
        <w:keepNext/>
      </w:pPr>
      <w:r>
        <w:rPr>
          <w:noProof/>
        </w:rPr>
        <w:drawing>
          <wp:inline distT="0" distB="0" distL="0" distR="0" wp14:anchorId="43474158" wp14:editId="1FA2AF34">
            <wp:extent cx="1600200" cy="962863"/>
            <wp:effectExtent l="0" t="0" r="0" b="0"/>
            <wp:docPr id="2" name="Picture 2" descr="التوقيع الوارد في السيرة الذاتية الأصل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6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725F9" w14:textId="77777777" w:rsidR="00311CF4" w:rsidRDefault="00000000">
      <w:pPr>
        <w:spacing w:after="100"/>
      </w:pPr>
      <w:r>
        <w:rPr>
          <w:rtl/>
        </w:rPr>
        <w:t>اسم طالب الترقية: م.د. ماجد أحمد محمد الأنصاري</w:t>
      </w:r>
    </w:p>
    <w:p w14:paraId="54E885B7" w14:textId="77777777" w:rsidR="00311CF4" w:rsidRDefault="00000000">
      <w:pPr>
        <w:spacing w:after="100"/>
      </w:pPr>
      <w:r>
        <w:rPr>
          <w:rtl/>
        </w:rPr>
        <w:t>القسم والكلية: قسم المحاسبة، كلية الإدارة والاقتصاد</w:t>
      </w:r>
    </w:p>
    <w:p w14:paraId="775EA986" w14:textId="77777777" w:rsidR="00311CF4" w:rsidRDefault="00000000">
      <w:pPr>
        <w:spacing w:after="0"/>
      </w:pPr>
      <w:r>
        <w:rPr>
          <w:rtl/>
        </w:rPr>
        <w:t>التاريخ: 1 تشرين الثاني 2026</w:t>
      </w:r>
    </w:p>
    <w:sectPr w:rsidR="00311CF4" w:rsidSect="00034616">
      <w:footerReference w:type="default" r:id="rId14"/>
      <w:pgSz w:w="11905" w:h="16838"/>
      <w:pgMar w:top="835" w:right="936" w:bottom="835" w:left="936" w:header="288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FFD89" w14:textId="77777777" w:rsidR="00675FB0" w:rsidRDefault="00675FB0">
      <w:pPr>
        <w:spacing w:after="0" w:line="240" w:lineRule="auto"/>
      </w:pPr>
      <w:r>
        <w:separator/>
      </w:r>
    </w:p>
  </w:endnote>
  <w:endnote w:type="continuationSeparator" w:id="0">
    <w:p w14:paraId="1344DE52" w14:textId="77777777" w:rsidR="00675FB0" w:rsidRDefault="00675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D229" w14:textId="77777777" w:rsidR="00311CF4" w:rsidRDefault="00000000">
    <w:pPr>
      <w:pStyle w:val="Footer"/>
      <w:jc w:val="center"/>
    </w:pPr>
    <w:r>
      <w:rPr>
        <w:sz w:val="18"/>
        <w:szCs w:val="18"/>
        <w:rtl/>
      </w:rPr>
      <w:t xml:space="preserve">صفحة </w:t>
    </w:r>
    <w:r>
      <w:fldChar w:fldCharType="begin"/>
    </w:r>
    <w:r>
      <w:instrText>PAGE</w:instrText>
    </w:r>
    <w: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  <w:rtl/>
      </w:rPr>
      <w:t xml:space="preserve"> من </w:t>
    </w:r>
    <w:r>
      <w:fldChar w:fldCharType="begin"/>
    </w:r>
    <w:r>
      <w:instrText>NUMPAGES</w:instrText>
    </w:r>
    <w: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C2B18" w14:textId="77777777" w:rsidR="00675FB0" w:rsidRDefault="00675FB0">
      <w:pPr>
        <w:spacing w:after="0" w:line="240" w:lineRule="auto"/>
      </w:pPr>
      <w:r>
        <w:separator/>
      </w:r>
    </w:p>
  </w:footnote>
  <w:footnote w:type="continuationSeparator" w:id="0">
    <w:p w14:paraId="6AA49E48" w14:textId="77777777" w:rsidR="00675FB0" w:rsidRDefault="00675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2527487">
    <w:abstractNumId w:val="8"/>
  </w:num>
  <w:num w:numId="2" w16cid:durableId="926421770">
    <w:abstractNumId w:val="6"/>
  </w:num>
  <w:num w:numId="3" w16cid:durableId="538933283">
    <w:abstractNumId w:val="5"/>
  </w:num>
  <w:num w:numId="4" w16cid:durableId="109865354">
    <w:abstractNumId w:val="4"/>
  </w:num>
  <w:num w:numId="5" w16cid:durableId="1599634332">
    <w:abstractNumId w:val="7"/>
  </w:num>
  <w:num w:numId="6" w16cid:durableId="991906752">
    <w:abstractNumId w:val="3"/>
  </w:num>
  <w:num w:numId="7" w16cid:durableId="329333516">
    <w:abstractNumId w:val="2"/>
  </w:num>
  <w:num w:numId="8" w16cid:durableId="1944338939">
    <w:abstractNumId w:val="1"/>
  </w:num>
  <w:num w:numId="9" w16cid:durableId="742679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1CF4"/>
    <w:rsid w:val="00326F90"/>
    <w:rsid w:val="004D1BFE"/>
    <w:rsid w:val="00675FB0"/>
    <w:rsid w:val="00A22296"/>
    <w:rsid w:val="00AA1D8D"/>
    <w:rsid w:val="00B47730"/>
    <w:rsid w:val="00B92E4D"/>
    <w:rsid w:val="00CB0664"/>
    <w:rsid w:val="00DB2A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D896C0"/>
  <w14:defaultImageDpi w14:val="300"/>
  <w15:docId w15:val="{7CCDB8CD-1D64-49C3-AB21-66A515EA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80" w:line="259" w:lineRule="auto"/>
    </w:pPr>
    <w:rPr>
      <w:rFonts w:ascii="Arial" w:eastAsia="Arial" w:hAnsi="Arial" w:cs="Arial"/>
      <w:color w:val="000000"/>
      <w:sz w:val="25"/>
      <w:szCs w:val="25"/>
      <w:lang w:val="ar-IQ"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52" w:lineRule="auto"/>
      <w:outlineLvl w:val="0"/>
    </w:pPr>
    <w:rPr>
      <w:rFonts w:asciiTheme="majorHAnsi" w:eastAsiaTheme="majorEastAsia" w:hAnsiTheme="majorHAnsi" w:cstheme="majorBidi"/>
      <w:b/>
      <w:bCs/>
      <w:sz w:val="29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/>
      <w:b/>
      <w:bCs/>
      <w:spacing w:val="5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-uc.edu.iq/ar/staff/5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id.ahmed.mohmmed@sa-uc.edu.i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jid59@sa-uc.edu.iq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jidalanssari59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السيرة الذاتية الأكاديمية للدكتور ماجد أحمد محمد الأنصاري</dc:title>
  <dc:subject>السيرة الذاتية العربية لجامعة شط العرب</dc:subject>
  <dc:creator>الدكتور ماجد أحمد محمد الأنصاري</dc:creator>
  <cp:keywords>السيرة الذاتية، المحاسبة، جامعة شط العرب</cp:keywords>
  <dc:description/>
  <cp:lastModifiedBy>Dr.Majed</cp:lastModifiedBy>
  <cp:revision>2</cp:revision>
  <dcterms:created xsi:type="dcterms:W3CDTF">2026-11-01T18:45:00Z</dcterms:created>
  <dcterms:modified xsi:type="dcterms:W3CDTF">2026-11-01T18:45:00Z</dcterms:modified>
  <cp:category/>
  <dc:language>ar-IQ</dc:language>
</cp:coreProperties>
</file>